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56CE4" w14:textId="2B418EFA" w:rsidR="00755128" w:rsidRPr="009F6E33" w:rsidRDefault="001C7F25">
      <w:pPr>
        <w:pStyle w:val="Ttulo"/>
        <w:jc w:val="center"/>
        <w:rPr>
          <w:rFonts w:ascii="Arial" w:hAnsi="Arial" w:cs="Arial"/>
          <w:sz w:val="24"/>
          <w:szCs w:val="24"/>
        </w:rPr>
      </w:pPr>
      <w:r w:rsidRPr="009F6E33">
        <w:rPr>
          <w:rFonts w:ascii="Arial" w:hAnsi="Arial" w:cs="Arial"/>
          <w:sz w:val="24"/>
          <w:szCs w:val="24"/>
        </w:rPr>
        <w:t>ANEXO</w:t>
      </w:r>
      <w:r w:rsidR="006D7B96">
        <w:rPr>
          <w:rFonts w:ascii="Arial" w:hAnsi="Arial" w:cs="Arial"/>
          <w:sz w:val="24"/>
          <w:szCs w:val="24"/>
        </w:rPr>
        <w:t xml:space="preserve"> </w:t>
      </w:r>
      <w:r w:rsidR="00AD2207" w:rsidRPr="009F6E33">
        <w:rPr>
          <w:rFonts w:ascii="Arial" w:hAnsi="Arial" w:cs="Arial"/>
          <w:sz w:val="24"/>
          <w:szCs w:val="24"/>
        </w:rPr>
        <w:t>II</w:t>
      </w:r>
    </w:p>
    <w:p w14:paraId="6D1F1EF3" w14:textId="77777777" w:rsidR="006F07FB" w:rsidRPr="009F6E33" w:rsidRDefault="006F07FB" w:rsidP="006F07FB">
      <w:pPr>
        <w:rPr>
          <w:sz w:val="20"/>
          <w:szCs w:val="24"/>
        </w:rPr>
      </w:pPr>
    </w:p>
    <w:p w14:paraId="5DF342FB" w14:textId="77777777" w:rsidR="006F07FB" w:rsidRPr="009F6E33" w:rsidRDefault="006F07FB" w:rsidP="006F07FB">
      <w:pPr>
        <w:spacing w:after="40"/>
        <w:jc w:val="center"/>
        <w:rPr>
          <w:rFonts w:eastAsiaTheme="majorEastAsia" w:cs="Arial"/>
          <w:b/>
          <w:color w:val="000000"/>
          <w:spacing w:val="5"/>
          <w:kern w:val="28"/>
          <w:sz w:val="24"/>
          <w:szCs w:val="24"/>
        </w:rPr>
      </w:pPr>
      <w:r w:rsidRPr="009F6E33">
        <w:rPr>
          <w:rFonts w:eastAsiaTheme="majorEastAsia" w:cs="Arial"/>
          <w:b/>
          <w:color w:val="000000"/>
          <w:spacing w:val="5"/>
          <w:kern w:val="28"/>
          <w:sz w:val="24"/>
          <w:szCs w:val="24"/>
        </w:rPr>
        <w:t>FORMULÁRIO DE PROPOSTA DE PUBLICAÇÃO - PPTC 2027</w:t>
      </w:r>
    </w:p>
    <w:p w14:paraId="585D8BB2" w14:textId="77777777" w:rsidR="006F07FB" w:rsidRPr="009F6E33" w:rsidRDefault="006F07FB" w:rsidP="006F07FB">
      <w:pPr>
        <w:rPr>
          <w:sz w:val="24"/>
          <w:szCs w:val="24"/>
        </w:rPr>
      </w:pPr>
    </w:p>
    <w:p w14:paraId="17C516D0" w14:textId="77777777" w:rsidR="00755128" w:rsidRPr="009F6E33" w:rsidRDefault="001C7F25" w:rsidP="006F07FB">
      <w:pPr>
        <w:spacing w:after="140"/>
        <w:jc w:val="both"/>
        <w:rPr>
          <w:sz w:val="24"/>
          <w:szCs w:val="24"/>
        </w:rPr>
      </w:pPr>
      <w:r w:rsidRPr="009F6E33">
        <w:rPr>
          <w:sz w:val="24"/>
          <w:szCs w:val="24"/>
        </w:rPr>
        <w:t>Preencha integralmente este formulário em Word, salve uma cópia em PDF e anexe o arquivo PDF ao processo de submissão da proposta no e-Protocolo.</w:t>
      </w:r>
    </w:p>
    <w:p w14:paraId="7F08F9A8" w14:textId="77777777" w:rsidR="009106BB" w:rsidRPr="00997822" w:rsidRDefault="009106BB">
      <w:pPr>
        <w:spacing w:after="140"/>
      </w:pPr>
    </w:p>
    <w:tbl>
      <w:tblPr>
        <w:tblW w:w="0" w:type="auto"/>
        <w:jc w:val="center"/>
        <w:tblBorders>
          <w:top w:val="single" w:sz="4" w:space="0" w:color="17395C"/>
          <w:left w:val="single" w:sz="4" w:space="0" w:color="17395C"/>
          <w:bottom w:val="single" w:sz="4" w:space="0" w:color="17395C"/>
          <w:right w:val="single" w:sz="4" w:space="0" w:color="17395C"/>
          <w:insideH w:val="single" w:sz="4" w:space="0" w:color="17395C"/>
          <w:insideV w:val="single" w:sz="4" w:space="0" w:color="17395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48827DF5" w14:textId="77777777">
        <w:trPr>
          <w:cantSplit/>
          <w:jc w:val="center"/>
        </w:trPr>
        <w:tc>
          <w:tcPr>
            <w:tcW w:w="10036" w:type="dxa"/>
            <w:shd w:val="clear" w:color="auto" w:fill="17395C"/>
            <w:tcMar>
              <w:top w:w="80" w:type="dxa"/>
              <w:left w:w="120" w:type="dxa"/>
              <w:bottom w:w="70" w:type="dxa"/>
              <w:right w:w="120" w:type="dxa"/>
            </w:tcMar>
          </w:tcPr>
          <w:p w14:paraId="165EA8E8" w14:textId="77777777" w:rsidR="00755128" w:rsidRPr="00997822" w:rsidRDefault="001C7F25">
            <w:pPr>
              <w:pStyle w:val="SectionBar"/>
              <w:spacing w:before="0" w:after="0"/>
              <w:rPr>
                <w:lang w:val="pt-BR"/>
              </w:rPr>
            </w:pPr>
            <w:r w:rsidRPr="00997822">
              <w:rPr>
                <w:lang w:val="pt-BR"/>
              </w:rPr>
              <w:t>1. IDENTIFICAÇÃO DO PROPONENTE RESPONSÁVEL</w:t>
            </w:r>
          </w:p>
        </w:tc>
      </w:tr>
    </w:tbl>
    <w:p w14:paraId="51270A40" w14:textId="77777777" w:rsidR="009106BB" w:rsidRPr="00997822" w:rsidRDefault="009106BB">
      <w:pPr>
        <w:keepNext/>
        <w:spacing w:before="60" w:after="40"/>
      </w:pPr>
    </w:p>
    <w:p w14:paraId="61C128D1" w14:textId="77777777" w:rsidR="00755128" w:rsidRPr="00997822" w:rsidRDefault="001C7F25">
      <w:pPr>
        <w:keepNext/>
        <w:spacing w:before="60" w:after="40"/>
      </w:pPr>
      <w:r w:rsidRPr="00997822">
        <w:t>1.1. Nome completo do autor, editor técnico ou organizador proponente.</w:t>
      </w:r>
    </w:p>
    <w:tbl>
      <w:tblPr>
        <w:tblW w:w="0" w:type="auto"/>
        <w:jc w:val="center"/>
        <w:tblBorders>
          <w:top w:val="single" w:sz="6" w:space="0" w:color="C9D3DC"/>
          <w:left w:val="single" w:sz="6" w:space="0" w:color="C9D3DC"/>
          <w:bottom w:val="single" w:sz="6" w:space="0" w:color="C9D3DC"/>
          <w:right w:val="single" w:sz="6" w:space="0" w:color="C9D3DC"/>
          <w:insideH w:val="single" w:sz="6" w:space="0" w:color="C9D3DC"/>
          <w:insideV w:val="single" w:sz="6" w:space="0" w:color="C9D3D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3E71793A" w14:textId="77777777">
        <w:trPr>
          <w:cantSplit/>
          <w:jc w:val="center"/>
        </w:trPr>
        <w:tc>
          <w:tcPr>
            <w:tcW w:w="10036" w:type="dxa"/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47C586" w14:textId="77777777" w:rsidR="00755128" w:rsidRPr="00997822" w:rsidRDefault="001C7F25">
            <w:pPr>
              <w:spacing w:after="0"/>
            </w:pPr>
            <w:r w:rsidRPr="00997822">
              <w:rPr>
                <w:i/>
                <w:color w:val="646E78"/>
              </w:rPr>
              <w:t>Clique ou toque aqui para inserir o texto.</w:t>
            </w:r>
          </w:p>
        </w:tc>
      </w:tr>
    </w:tbl>
    <w:p w14:paraId="22446DDB" w14:textId="77777777" w:rsidR="009106BB" w:rsidRPr="00997822" w:rsidRDefault="009106BB">
      <w:pPr>
        <w:keepNext/>
        <w:spacing w:before="60" w:after="40"/>
      </w:pPr>
    </w:p>
    <w:p w14:paraId="36371E7C" w14:textId="77777777" w:rsidR="00755128" w:rsidRPr="00997822" w:rsidRDefault="001C7F25">
      <w:pPr>
        <w:keepNext/>
        <w:spacing w:before="60" w:after="40"/>
      </w:pPr>
      <w:r w:rsidRPr="00997822">
        <w:t>1.2. E-mail institucional.</w:t>
      </w:r>
    </w:p>
    <w:tbl>
      <w:tblPr>
        <w:tblW w:w="0" w:type="auto"/>
        <w:jc w:val="center"/>
        <w:tblBorders>
          <w:top w:val="single" w:sz="6" w:space="0" w:color="C9D3DC"/>
          <w:left w:val="single" w:sz="6" w:space="0" w:color="C9D3DC"/>
          <w:bottom w:val="single" w:sz="6" w:space="0" w:color="C9D3DC"/>
          <w:right w:val="single" w:sz="6" w:space="0" w:color="C9D3DC"/>
          <w:insideH w:val="single" w:sz="6" w:space="0" w:color="C9D3DC"/>
          <w:insideV w:val="single" w:sz="6" w:space="0" w:color="C9D3D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43A54249" w14:textId="77777777">
        <w:trPr>
          <w:cantSplit/>
          <w:jc w:val="center"/>
        </w:trPr>
        <w:tc>
          <w:tcPr>
            <w:tcW w:w="10036" w:type="dxa"/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995029" w14:textId="77777777" w:rsidR="00755128" w:rsidRPr="00997822" w:rsidRDefault="001C7F25">
            <w:pPr>
              <w:spacing w:after="0"/>
            </w:pPr>
            <w:r w:rsidRPr="00997822">
              <w:rPr>
                <w:i/>
                <w:color w:val="646E78"/>
              </w:rPr>
              <w:t>Clique ou toque aqui para inserir o texto.</w:t>
            </w:r>
          </w:p>
        </w:tc>
      </w:tr>
    </w:tbl>
    <w:p w14:paraId="35ECBB12" w14:textId="77777777" w:rsidR="009106BB" w:rsidRPr="00997822" w:rsidRDefault="009106BB">
      <w:pPr>
        <w:keepNext/>
        <w:spacing w:before="60" w:after="40"/>
      </w:pPr>
    </w:p>
    <w:p w14:paraId="55D15F21" w14:textId="77777777" w:rsidR="00755128" w:rsidRPr="00997822" w:rsidRDefault="001C7F25">
      <w:pPr>
        <w:keepNext/>
        <w:spacing w:before="60" w:after="40"/>
      </w:pPr>
      <w:r w:rsidRPr="00997822">
        <w:t>1.3. Telefone.</w:t>
      </w:r>
    </w:p>
    <w:tbl>
      <w:tblPr>
        <w:tblW w:w="0" w:type="auto"/>
        <w:jc w:val="center"/>
        <w:tblBorders>
          <w:top w:val="single" w:sz="6" w:space="0" w:color="C9D3DC"/>
          <w:left w:val="single" w:sz="6" w:space="0" w:color="C9D3DC"/>
          <w:bottom w:val="single" w:sz="6" w:space="0" w:color="C9D3DC"/>
          <w:right w:val="single" w:sz="6" w:space="0" w:color="C9D3DC"/>
          <w:insideH w:val="single" w:sz="6" w:space="0" w:color="C9D3DC"/>
          <w:insideV w:val="single" w:sz="6" w:space="0" w:color="C9D3D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6C121840" w14:textId="77777777">
        <w:trPr>
          <w:cantSplit/>
          <w:jc w:val="center"/>
        </w:trPr>
        <w:tc>
          <w:tcPr>
            <w:tcW w:w="10036" w:type="dxa"/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3B5AAA" w14:textId="77777777" w:rsidR="00755128" w:rsidRPr="00997822" w:rsidRDefault="001C7F25">
            <w:pPr>
              <w:spacing w:after="0"/>
            </w:pPr>
            <w:r w:rsidRPr="00997822">
              <w:rPr>
                <w:i/>
                <w:color w:val="646E78"/>
              </w:rPr>
              <w:t>Clique ou toque aqui para inserir o texto.</w:t>
            </w:r>
          </w:p>
        </w:tc>
      </w:tr>
    </w:tbl>
    <w:p w14:paraId="0D39500E" w14:textId="77777777" w:rsidR="009106BB" w:rsidRPr="00997822" w:rsidRDefault="009106BB">
      <w:pPr>
        <w:keepNext/>
        <w:spacing w:before="60" w:after="40"/>
      </w:pPr>
    </w:p>
    <w:p w14:paraId="6AC0E5DA" w14:textId="77777777" w:rsidR="00755128" w:rsidRPr="00997822" w:rsidRDefault="001C7F25">
      <w:pPr>
        <w:keepNext/>
        <w:spacing w:before="60" w:after="40"/>
      </w:pPr>
      <w:r w:rsidRPr="00997822">
        <w:t>1.4. Programa ao qual a proposta está vinculada.</w:t>
      </w:r>
    </w:p>
    <w:tbl>
      <w:tblPr>
        <w:tblW w:w="0" w:type="auto"/>
        <w:jc w:val="center"/>
        <w:tblBorders>
          <w:top w:val="single" w:sz="6" w:space="0" w:color="C9D3DC"/>
          <w:left w:val="single" w:sz="6" w:space="0" w:color="C9D3DC"/>
          <w:bottom w:val="single" w:sz="6" w:space="0" w:color="C9D3DC"/>
          <w:right w:val="single" w:sz="6" w:space="0" w:color="C9D3DC"/>
          <w:insideH w:val="single" w:sz="6" w:space="0" w:color="C9D3DC"/>
          <w:insideV w:val="single" w:sz="6" w:space="0" w:color="C9D3D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53A35461" w14:textId="77777777">
        <w:trPr>
          <w:cantSplit/>
          <w:jc w:val="center"/>
        </w:trPr>
        <w:tc>
          <w:tcPr>
            <w:tcW w:w="10036" w:type="dxa"/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3EC1F4" w14:textId="77777777" w:rsidR="00755128" w:rsidRPr="00997822" w:rsidRDefault="001C7F25">
            <w:pPr>
              <w:spacing w:after="0"/>
            </w:pPr>
            <w:r w:rsidRPr="00997822">
              <w:rPr>
                <w:i/>
                <w:color w:val="646E78"/>
              </w:rPr>
              <w:t>Clique ou toque aqui para inserir o texto.</w:t>
            </w:r>
          </w:p>
        </w:tc>
      </w:tr>
    </w:tbl>
    <w:p w14:paraId="3BE8E38E" w14:textId="77777777" w:rsidR="009106BB" w:rsidRPr="00997822" w:rsidRDefault="009106BB">
      <w:pPr>
        <w:keepNext/>
        <w:spacing w:before="60" w:after="40"/>
      </w:pPr>
    </w:p>
    <w:p w14:paraId="706EA203" w14:textId="77777777" w:rsidR="00755128" w:rsidRPr="00997822" w:rsidRDefault="001C7F25">
      <w:pPr>
        <w:keepNext/>
        <w:spacing w:before="60" w:after="40"/>
      </w:pPr>
      <w:r w:rsidRPr="00997822">
        <w:t>1.5. Nome do Assessor Técnico Estadual d</w:t>
      </w:r>
      <w:r w:rsidR="00462B3D" w:rsidRPr="00997822">
        <w:t>o</w:t>
      </w:r>
      <w:r w:rsidRPr="00997822">
        <w:t xml:space="preserve"> Programa.</w:t>
      </w:r>
    </w:p>
    <w:tbl>
      <w:tblPr>
        <w:tblW w:w="0" w:type="auto"/>
        <w:jc w:val="center"/>
        <w:tblBorders>
          <w:top w:val="single" w:sz="6" w:space="0" w:color="C9D3DC"/>
          <w:left w:val="single" w:sz="6" w:space="0" w:color="C9D3DC"/>
          <w:bottom w:val="single" w:sz="6" w:space="0" w:color="C9D3DC"/>
          <w:right w:val="single" w:sz="6" w:space="0" w:color="C9D3DC"/>
          <w:insideH w:val="single" w:sz="6" w:space="0" w:color="C9D3DC"/>
          <w:insideV w:val="single" w:sz="6" w:space="0" w:color="C9D3D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40BAA59C" w14:textId="77777777">
        <w:trPr>
          <w:cantSplit/>
          <w:jc w:val="center"/>
        </w:trPr>
        <w:tc>
          <w:tcPr>
            <w:tcW w:w="10036" w:type="dxa"/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4A4EB7" w14:textId="77777777" w:rsidR="00755128" w:rsidRPr="00997822" w:rsidRDefault="001C7F25">
            <w:pPr>
              <w:spacing w:after="0"/>
            </w:pPr>
            <w:r w:rsidRPr="00997822">
              <w:rPr>
                <w:i/>
                <w:color w:val="646E78"/>
              </w:rPr>
              <w:t>Clique ou toque aqui para inserir o texto.</w:t>
            </w:r>
          </w:p>
        </w:tc>
      </w:tr>
    </w:tbl>
    <w:p w14:paraId="5370376C" w14:textId="77777777" w:rsidR="009106BB" w:rsidRPr="00997822" w:rsidRDefault="009106BB">
      <w:pPr>
        <w:keepNext/>
        <w:spacing w:before="60" w:after="40"/>
      </w:pPr>
    </w:p>
    <w:p w14:paraId="130B1DB4" w14:textId="77777777" w:rsidR="00755128" w:rsidRPr="00997822" w:rsidRDefault="001C7F25">
      <w:pPr>
        <w:keepNext/>
        <w:spacing w:before="60" w:after="40"/>
      </w:pPr>
      <w:r w:rsidRPr="00997822">
        <w:t>1.6. Função do proponente.</w:t>
      </w:r>
    </w:p>
    <w:p w14:paraId="2C7F3259" w14:textId="77777777" w:rsidR="00755128" w:rsidRPr="00997822" w:rsidRDefault="001C7F25">
      <w:pPr>
        <w:spacing w:after="60"/>
        <w:ind w:left="142"/>
      </w:pPr>
      <w:r w:rsidRPr="00997822">
        <w:t>( ) Autor     ( ) Editor Técnico     ( ) Organizador     ( ) Outra</w:t>
      </w:r>
    </w:p>
    <w:p w14:paraId="26BB3D67" w14:textId="77777777" w:rsidR="009106BB" w:rsidRPr="00997822" w:rsidRDefault="009106BB">
      <w:pPr>
        <w:keepNext/>
        <w:spacing w:before="60" w:after="40"/>
      </w:pPr>
    </w:p>
    <w:p w14:paraId="782F4D50" w14:textId="77777777" w:rsidR="00755128" w:rsidRPr="00997822" w:rsidRDefault="001C7F25">
      <w:pPr>
        <w:keepNext/>
        <w:spacing w:before="60" w:after="40"/>
      </w:pPr>
      <w:r w:rsidRPr="00997822">
        <w:t>1.7. Se marcou "Outra", informe a função.</w:t>
      </w:r>
    </w:p>
    <w:tbl>
      <w:tblPr>
        <w:tblW w:w="0" w:type="auto"/>
        <w:jc w:val="center"/>
        <w:tblBorders>
          <w:top w:val="single" w:sz="6" w:space="0" w:color="C9D3DC"/>
          <w:left w:val="single" w:sz="6" w:space="0" w:color="C9D3DC"/>
          <w:bottom w:val="single" w:sz="6" w:space="0" w:color="C9D3DC"/>
          <w:right w:val="single" w:sz="6" w:space="0" w:color="C9D3DC"/>
          <w:insideH w:val="single" w:sz="6" w:space="0" w:color="C9D3DC"/>
          <w:insideV w:val="single" w:sz="6" w:space="0" w:color="C9D3D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661410AC" w14:textId="77777777">
        <w:trPr>
          <w:cantSplit/>
          <w:jc w:val="center"/>
        </w:trPr>
        <w:tc>
          <w:tcPr>
            <w:tcW w:w="10036" w:type="dxa"/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B5FF68" w14:textId="77777777" w:rsidR="00755128" w:rsidRPr="00997822" w:rsidRDefault="001C7F25">
            <w:pPr>
              <w:spacing w:after="0"/>
            </w:pPr>
            <w:r w:rsidRPr="00997822">
              <w:rPr>
                <w:i/>
                <w:color w:val="646E78"/>
              </w:rPr>
              <w:t>Clique ou toque aqui para inserir o texto.</w:t>
            </w:r>
          </w:p>
        </w:tc>
      </w:tr>
    </w:tbl>
    <w:p w14:paraId="2AD072CC" w14:textId="77777777" w:rsidR="00C066F4" w:rsidRPr="00997822" w:rsidRDefault="00C066F4">
      <w:pPr>
        <w:keepNext/>
        <w:spacing w:before="60" w:after="40"/>
      </w:pPr>
    </w:p>
    <w:p w14:paraId="19D0CD8F" w14:textId="77777777" w:rsidR="0019098D" w:rsidRPr="00997822" w:rsidRDefault="001C7F25">
      <w:pPr>
        <w:keepNext/>
        <w:spacing w:before="60" w:after="40"/>
      </w:pPr>
      <w:r w:rsidRPr="00997822">
        <w:t>1.8. Condição funcional do proponente.</w:t>
      </w:r>
    </w:p>
    <w:p w14:paraId="7A6AAB6E" w14:textId="77777777" w:rsidR="0019098D" w:rsidRPr="00997822" w:rsidRDefault="001C7F25">
      <w:pPr>
        <w:spacing w:after="60"/>
        <w:ind w:left="142"/>
      </w:pPr>
      <w:r w:rsidRPr="00997822">
        <w:t>( ) Empregado público ativo     ( ) Servidor ativo     ( ) Aposentado com vínculo institucional</w:t>
      </w:r>
    </w:p>
    <w:p w14:paraId="693F9BE9" w14:textId="77777777" w:rsidR="00BD2BC5" w:rsidRPr="00997822" w:rsidRDefault="00BD2BC5">
      <w:pPr>
        <w:rPr>
          <w:b/>
        </w:rPr>
      </w:pPr>
    </w:p>
    <w:tbl>
      <w:tblPr>
        <w:tblW w:w="0" w:type="auto"/>
        <w:jc w:val="center"/>
        <w:tblBorders>
          <w:top w:val="single" w:sz="4" w:space="0" w:color="17395C"/>
          <w:left w:val="single" w:sz="4" w:space="0" w:color="17395C"/>
          <w:bottom w:val="single" w:sz="4" w:space="0" w:color="17395C"/>
          <w:right w:val="single" w:sz="4" w:space="0" w:color="17395C"/>
          <w:insideH w:val="single" w:sz="4" w:space="0" w:color="17395C"/>
          <w:insideV w:val="single" w:sz="4" w:space="0" w:color="17395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536C65A0" w14:textId="77777777">
        <w:trPr>
          <w:cantSplit/>
          <w:jc w:val="center"/>
        </w:trPr>
        <w:tc>
          <w:tcPr>
            <w:tcW w:w="10036" w:type="dxa"/>
            <w:shd w:val="clear" w:color="auto" w:fill="17395C"/>
            <w:tcMar>
              <w:top w:w="80" w:type="dxa"/>
              <w:left w:w="120" w:type="dxa"/>
              <w:bottom w:w="70" w:type="dxa"/>
              <w:right w:w="120" w:type="dxa"/>
            </w:tcMar>
          </w:tcPr>
          <w:p w14:paraId="484D2AB6" w14:textId="77777777" w:rsidR="00755128" w:rsidRPr="00997822" w:rsidRDefault="001C7F25">
            <w:pPr>
              <w:pStyle w:val="SectionBar"/>
              <w:spacing w:before="0" w:after="0"/>
              <w:rPr>
                <w:lang w:val="pt-BR"/>
              </w:rPr>
            </w:pPr>
            <w:r w:rsidRPr="00997822">
              <w:rPr>
                <w:lang w:val="pt-BR"/>
              </w:rPr>
              <w:t>2. IDENTIFICAÇÃO DA PUBLICAÇÃO</w:t>
            </w:r>
          </w:p>
        </w:tc>
      </w:tr>
    </w:tbl>
    <w:p w14:paraId="00839F58" w14:textId="77777777" w:rsidR="009106BB" w:rsidRPr="00997822" w:rsidRDefault="009106BB">
      <w:pPr>
        <w:keepNext/>
        <w:spacing w:before="60" w:after="40"/>
      </w:pPr>
    </w:p>
    <w:p w14:paraId="54849BE1" w14:textId="77777777" w:rsidR="00755128" w:rsidRPr="00997822" w:rsidRDefault="001C7F25">
      <w:pPr>
        <w:keepNext/>
        <w:spacing w:before="60" w:after="40"/>
      </w:pPr>
      <w:r w:rsidRPr="00997822">
        <w:t>2.1. Tipo de publicação.</w:t>
      </w:r>
    </w:p>
    <w:p w14:paraId="7E5CE752" w14:textId="77777777" w:rsidR="00755128" w:rsidRPr="00997822" w:rsidRDefault="001C7F25">
      <w:pPr>
        <w:spacing w:after="60"/>
        <w:ind w:left="142"/>
      </w:pPr>
      <w:r w:rsidRPr="00997822">
        <w:t>( ) Livro     ( ) Boletim Técnico</w:t>
      </w:r>
    </w:p>
    <w:p w14:paraId="4D231F43" w14:textId="77777777" w:rsidR="009106BB" w:rsidRPr="00997822" w:rsidRDefault="009106BB">
      <w:pPr>
        <w:keepNext/>
        <w:spacing w:before="60" w:after="40"/>
      </w:pPr>
    </w:p>
    <w:p w14:paraId="57732B86" w14:textId="77777777" w:rsidR="00755128" w:rsidRPr="00997822" w:rsidRDefault="001C7F25">
      <w:pPr>
        <w:keepNext/>
        <w:spacing w:before="60" w:after="40"/>
      </w:pPr>
      <w:r w:rsidRPr="00997822">
        <w:t>2.2. Título provisório da publicação.</w:t>
      </w:r>
    </w:p>
    <w:tbl>
      <w:tblPr>
        <w:tblW w:w="0" w:type="auto"/>
        <w:jc w:val="center"/>
        <w:tblBorders>
          <w:top w:val="single" w:sz="6" w:space="0" w:color="C9D3DC"/>
          <w:left w:val="single" w:sz="6" w:space="0" w:color="C9D3DC"/>
          <w:bottom w:val="single" w:sz="6" w:space="0" w:color="C9D3DC"/>
          <w:right w:val="single" w:sz="6" w:space="0" w:color="C9D3DC"/>
          <w:insideH w:val="single" w:sz="6" w:space="0" w:color="C9D3DC"/>
          <w:insideV w:val="single" w:sz="6" w:space="0" w:color="C9D3D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207143A7" w14:textId="77777777">
        <w:trPr>
          <w:cantSplit/>
          <w:jc w:val="center"/>
        </w:trPr>
        <w:tc>
          <w:tcPr>
            <w:tcW w:w="10036" w:type="dxa"/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5999E1" w14:textId="77777777" w:rsidR="00755128" w:rsidRPr="00997822" w:rsidRDefault="001C7F25">
            <w:pPr>
              <w:spacing w:after="0"/>
            </w:pPr>
            <w:r w:rsidRPr="00997822">
              <w:rPr>
                <w:i/>
                <w:color w:val="646E78"/>
              </w:rPr>
              <w:t>Clique ou toque aqui para inserir o texto.</w:t>
            </w:r>
          </w:p>
        </w:tc>
      </w:tr>
    </w:tbl>
    <w:p w14:paraId="343D1B56" w14:textId="77777777" w:rsidR="009106BB" w:rsidRPr="00997822" w:rsidRDefault="009106BB"/>
    <w:p w14:paraId="274E7887" w14:textId="77777777" w:rsidR="00755128" w:rsidRPr="00997822" w:rsidRDefault="001C7F25">
      <w:pPr>
        <w:keepNext/>
        <w:spacing w:before="60" w:after="40"/>
      </w:pPr>
      <w:r w:rsidRPr="00997822">
        <w:t>2.3. Composição da autoria.</w:t>
      </w:r>
    </w:p>
    <w:p w14:paraId="0872950F" w14:textId="77777777" w:rsidR="00755128" w:rsidRPr="00997822" w:rsidRDefault="001C7F25">
      <w:pPr>
        <w:spacing w:after="60"/>
        <w:ind w:left="142"/>
      </w:pPr>
      <w:r w:rsidRPr="00997822">
        <w:t>( ) Individual     ( ) Coautoria     ( ) Autoria coletiva</w:t>
      </w:r>
    </w:p>
    <w:p w14:paraId="2ECD14E7" w14:textId="77777777" w:rsidR="009106BB" w:rsidRPr="00997822" w:rsidRDefault="009106BB">
      <w:pPr>
        <w:keepNext/>
        <w:spacing w:before="60" w:after="40"/>
      </w:pPr>
    </w:p>
    <w:p w14:paraId="0CA79B17" w14:textId="1C170855" w:rsidR="00755128" w:rsidRPr="00997822" w:rsidRDefault="001C7F25">
      <w:pPr>
        <w:keepNext/>
        <w:spacing w:before="60" w:after="40"/>
      </w:pPr>
      <w:r w:rsidRPr="00997822">
        <w:t xml:space="preserve">2.4. </w:t>
      </w:r>
      <w:r w:rsidR="008E6FAB" w:rsidRPr="008E6FAB">
        <w:t>Identifique os autores e demais participantes, distinguindo o proponente responsável, os coautores vinculados ao IDR-Paraná e os autores ou colaboradores externos</w:t>
      </w:r>
      <w:r w:rsidRPr="00997822">
        <w:t>.</w:t>
      </w:r>
    </w:p>
    <w:tbl>
      <w:tblPr>
        <w:tblW w:w="5000" w:type="pct"/>
        <w:jc w:val="center"/>
        <w:tblBorders>
          <w:top w:val="single" w:sz="6" w:space="0" w:color="C9D3DC"/>
          <w:left w:val="single" w:sz="6" w:space="0" w:color="C9D3DC"/>
          <w:bottom w:val="single" w:sz="6" w:space="0" w:color="C9D3DC"/>
          <w:right w:val="single" w:sz="6" w:space="0" w:color="C9D3DC"/>
          <w:insideH w:val="single" w:sz="6" w:space="0" w:color="C9D3DC"/>
          <w:insideV w:val="single" w:sz="6" w:space="0" w:color="C9D3DC"/>
        </w:tblBorders>
        <w:tblLook w:val="04A0" w:firstRow="1" w:lastRow="0" w:firstColumn="1" w:lastColumn="0" w:noHBand="0" w:noVBand="1"/>
      </w:tblPr>
      <w:tblGrid>
        <w:gridCol w:w="2040"/>
        <w:gridCol w:w="2039"/>
        <w:gridCol w:w="2039"/>
        <w:gridCol w:w="2039"/>
        <w:gridCol w:w="2039"/>
      </w:tblGrid>
      <w:tr w:rsidR="00C22AE5" w:rsidRPr="00997822" w14:paraId="3534BAD9" w14:textId="77777777" w:rsidTr="006C1487">
        <w:trPr>
          <w:cantSplit/>
          <w:tblHeader/>
          <w:jc w:val="center"/>
        </w:trPr>
        <w:tc>
          <w:tcPr>
            <w:tcW w:w="1000" w:type="pct"/>
            <w:shd w:val="clear" w:color="auto" w:fill="17395C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14F58B8A" w14:textId="77777777" w:rsidR="00C22AE5" w:rsidRPr="00997822" w:rsidRDefault="00C22AE5" w:rsidP="00C22AE5">
            <w:pPr>
              <w:spacing w:after="0"/>
              <w:jc w:val="center"/>
            </w:pPr>
            <w:r w:rsidRPr="00997822">
              <w:rPr>
                <w:b/>
                <w:color w:val="FFFFFF"/>
                <w:sz w:val="16"/>
              </w:rPr>
              <w:t>Nome</w:t>
            </w:r>
          </w:p>
        </w:tc>
        <w:tc>
          <w:tcPr>
            <w:tcW w:w="1000" w:type="pct"/>
            <w:shd w:val="clear" w:color="auto" w:fill="17395C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2AF6D9DE" w14:textId="77777777" w:rsidR="00C22AE5" w:rsidRPr="00997822" w:rsidRDefault="00C22AE5" w:rsidP="00C22AE5">
            <w:pPr>
              <w:spacing w:after="0"/>
              <w:jc w:val="center"/>
            </w:pPr>
            <w:r w:rsidRPr="00997822">
              <w:rPr>
                <w:b/>
                <w:color w:val="FFFFFF"/>
                <w:sz w:val="16"/>
              </w:rPr>
              <w:t>Instituição</w:t>
            </w:r>
            <w:r w:rsidR="00462B3D" w:rsidRPr="00997822">
              <w:rPr>
                <w:b/>
                <w:color w:val="FFFFFF"/>
                <w:sz w:val="16"/>
              </w:rPr>
              <w:t xml:space="preserve"> e V</w:t>
            </w:r>
            <w:r w:rsidRPr="00997822">
              <w:rPr>
                <w:b/>
                <w:color w:val="FFFFFF"/>
                <w:sz w:val="16"/>
              </w:rPr>
              <w:t>ínculo</w:t>
            </w:r>
          </w:p>
        </w:tc>
        <w:tc>
          <w:tcPr>
            <w:tcW w:w="1000" w:type="pct"/>
            <w:shd w:val="clear" w:color="auto" w:fill="17395C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B10DDFB" w14:textId="77777777" w:rsidR="00C22AE5" w:rsidRPr="00997822" w:rsidRDefault="00C22AE5" w:rsidP="00C22AE5">
            <w:pPr>
              <w:spacing w:after="0"/>
              <w:jc w:val="center"/>
              <w:rPr>
                <w:b/>
                <w:color w:val="FFFFFF"/>
                <w:sz w:val="16"/>
              </w:rPr>
            </w:pPr>
            <w:r w:rsidRPr="00997822">
              <w:rPr>
                <w:b/>
                <w:color w:val="FFFFFF"/>
                <w:sz w:val="16"/>
              </w:rPr>
              <w:t>Lotação</w:t>
            </w:r>
            <w:r w:rsidR="00462B3D" w:rsidRPr="00997822">
              <w:rPr>
                <w:b/>
                <w:color w:val="FFFFFF"/>
                <w:sz w:val="16"/>
              </w:rPr>
              <w:t xml:space="preserve"> no IDR-Paraná</w:t>
            </w:r>
            <w:r w:rsidRPr="00997822">
              <w:rPr>
                <w:b/>
                <w:color w:val="FFFFFF"/>
                <w:sz w:val="16"/>
              </w:rPr>
              <w:t xml:space="preserve"> (Diretoria, Un</w:t>
            </w:r>
            <w:r w:rsidR="00BF4D1F" w:rsidRPr="00997822">
              <w:rPr>
                <w:b/>
                <w:color w:val="FFFFFF"/>
                <w:sz w:val="16"/>
              </w:rPr>
              <w:t>i</w:t>
            </w:r>
            <w:r w:rsidRPr="00997822">
              <w:rPr>
                <w:b/>
                <w:color w:val="FFFFFF"/>
                <w:sz w:val="16"/>
              </w:rPr>
              <w:t xml:space="preserve">dade e Base </w:t>
            </w:r>
            <w:r w:rsidR="00462B3D" w:rsidRPr="00997822">
              <w:rPr>
                <w:b/>
                <w:color w:val="FFFFFF"/>
                <w:sz w:val="16"/>
              </w:rPr>
              <w:t>Física</w:t>
            </w:r>
            <w:r w:rsidRPr="00997822">
              <w:rPr>
                <w:b/>
                <w:color w:val="FFFFFF"/>
                <w:sz w:val="16"/>
              </w:rPr>
              <w:t>)</w:t>
            </w:r>
            <w:r w:rsidR="00462B3D" w:rsidRPr="00997822">
              <w:rPr>
                <w:b/>
                <w:color w:val="FFFFFF"/>
                <w:sz w:val="16"/>
              </w:rPr>
              <w:t>*</w:t>
            </w:r>
          </w:p>
        </w:tc>
        <w:tc>
          <w:tcPr>
            <w:tcW w:w="1000" w:type="pct"/>
            <w:shd w:val="clear" w:color="auto" w:fill="17395C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3120D933" w14:textId="52F0E6DE" w:rsidR="00C22AE5" w:rsidRPr="00997822" w:rsidRDefault="00462B3D" w:rsidP="00C22AE5">
            <w:pPr>
              <w:spacing w:after="0"/>
              <w:jc w:val="center"/>
            </w:pPr>
            <w:r w:rsidRPr="00997822">
              <w:rPr>
                <w:b/>
                <w:color w:val="FFFFFF"/>
                <w:sz w:val="16"/>
              </w:rPr>
              <w:t>Forma de participação (</w:t>
            </w:r>
            <w:r w:rsidR="00667C89" w:rsidRPr="00667C89">
              <w:rPr>
                <w:b/>
                <w:color w:val="FFFFFF"/>
                <w:sz w:val="16"/>
              </w:rPr>
              <w:t xml:space="preserve">proponente </w:t>
            </w:r>
            <w:r w:rsidR="00667C89" w:rsidRPr="00667C89">
              <w:rPr>
                <w:b/>
                <w:color w:val="FFFFFF"/>
                <w:sz w:val="16"/>
              </w:rPr>
              <w:t>responsável, coautor vinculado ao IDR-Paraná, autor externo ou colaborador externo</w:t>
            </w:r>
            <w:r w:rsidRPr="00997822">
              <w:rPr>
                <w:b/>
                <w:color w:val="FFFFFF"/>
                <w:sz w:val="16"/>
              </w:rPr>
              <w:t>)</w:t>
            </w:r>
          </w:p>
        </w:tc>
        <w:tc>
          <w:tcPr>
            <w:tcW w:w="1000" w:type="pct"/>
            <w:shd w:val="clear" w:color="auto" w:fill="17395C"/>
            <w:tcMar>
              <w:top w:w="90" w:type="dxa"/>
              <w:left w:w="80" w:type="dxa"/>
              <w:bottom w:w="90" w:type="dxa"/>
              <w:right w:w="80" w:type="dxa"/>
            </w:tcMar>
            <w:vAlign w:val="center"/>
          </w:tcPr>
          <w:p w14:paraId="54394C66" w14:textId="77777777" w:rsidR="00C22AE5" w:rsidRPr="00997822" w:rsidRDefault="00C22AE5" w:rsidP="00C22AE5">
            <w:pPr>
              <w:spacing w:after="0"/>
              <w:jc w:val="center"/>
            </w:pPr>
            <w:r w:rsidRPr="00997822">
              <w:rPr>
                <w:b/>
                <w:color w:val="FFFFFF"/>
                <w:sz w:val="16"/>
              </w:rPr>
              <w:t>Maior titulação</w:t>
            </w:r>
          </w:p>
        </w:tc>
      </w:tr>
      <w:tr w:rsidR="00C22AE5" w:rsidRPr="00997822" w14:paraId="6BAF1423" w14:textId="77777777" w:rsidTr="006C1487">
        <w:trPr>
          <w:cantSplit/>
          <w:jc w:val="center"/>
        </w:trPr>
        <w:tc>
          <w:tcPr>
            <w:tcW w:w="1000" w:type="pct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42F0EFD9" w14:textId="77777777" w:rsidR="00C22AE5" w:rsidRPr="00997822" w:rsidRDefault="00C22AE5">
            <w:pPr>
              <w:spacing w:after="0"/>
            </w:pPr>
          </w:p>
        </w:tc>
        <w:tc>
          <w:tcPr>
            <w:tcW w:w="1000" w:type="pct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302E2995" w14:textId="77777777" w:rsidR="00C22AE5" w:rsidRPr="00997822" w:rsidRDefault="00C22AE5">
            <w:pPr>
              <w:spacing w:after="0"/>
            </w:pPr>
          </w:p>
        </w:tc>
        <w:tc>
          <w:tcPr>
            <w:tcW w:w="1000" w:type="pct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75FDF31F" w14:textId="77777777" w:rsidR="00C22AE5" w:rsidRPr="00997822" w:rsidRDefault="00C22AE5">
            <w:pPr>
              <w:spacing w:after="0"/>
            </w:pPr>
          </w:p>
        </w:tc>
        <w:tc>
          <w:tcPr>
            <w:tcW w:w="1000" w:type="pct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2A64DCBB" w14:textId="77777777" w:rsidR="00C22AE5" w:rsidRPr="00997822" w:rsidRDefault="00C22AE5">
            <w:pPr>
              <w:spacing w:after="0"/>
            </w:pPr>
          </w:p>
        </w:tc>
        <w:tc>
          <w:tcPr>
            <w:tcW w:w="1000" w:type="pct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7A74BE22" w14:textId="77777777" w:rsidR="00C22AE5" w:rsidRPr="00997822" w:rsidRDefault="00C22AE5">
            <w:pPr>
              <w:spacing w:after="0"/>
            </w:pPr>
          </w:p>
        </w:tc>
      </w:tr>
      <w:tr w:rsidR="00C22AE5" w:rsidRPr="00997822" w14:paraId="32E2E603" w14:textId="77777777" w:rsidTr="006C1487">
        <w:trPr>
          <w:cantSplit/>
          <w:jc w:val="center"/>
        </w:trPr>
        <w:tc>
          <w:tcPr>
            <w:tcW w:w="1000" w:type="pct"/>
            <w:shd w:val="clear" w:color="auto" w:fill="F7F9FB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36A4713C" w14:textId="77777777" w:rsidR="00C22AE5" w:rsidRPr="00997822" w:rsidRDefault="00C22AE5">
            <w:pPr>
              <w:spacing w:after="0"/>
            </w:pPr>
          </w:p>
        </w:tc>
        <w:tc>
          <w:tcPr>
            <w:tcW w:w="1000" w:type="pct"/>
            <w:shd w:val="clear" w:color="auto" w:fill="F7F9FB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5D98E1A3" w14:textId="77777777" w:rsidR="00C22AE5" w:rsidRPr="00997822" w:rsidRDefault="00C22AE5">
            <w:pPr>
              <w:spacing w:after="0"/>
            </w:pPr>
          </w:p>
        </w:tc>
        <w:tc>
          <w:tcPr>
            <w:tcW w:w="1000" w:type="pct"/>
            <w:shd w:val="clear" w:color="auto" w:fill="F7F9FB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4D15180F" w14:textId="77777777" w:rsidR="00C22AE5" w:rsidRPr="00997822" w:rsidRDefault="00C22AE5">
            <w:pPr>
              <w:spacing w:after="0"/>
            </w:pPr>
          </w:p>
        </w:tc>
        <w:tc>
          <w:tcPr>
            <w:tcW w:w="1000" w:type="pct"/>
            <w:shd w:val="clear" w:color="auto" w:fill="F7F9FB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3D48DC3A" w14:textId="77777777" w:rsidR="00C22AE5" w:rsidRPr="00997822" w:rsidRDefault="00C22AE5">
            <w:pPr>
              <w:spacing w:after="0"/>
            </w:pPr>
          </w:p>
        </w:tc>
        <w:tc>
          <w:tcPr>
            <w:tcW w:w="1000" w:type="pct"/>
            <w:shd w:val="clear" w:color="auto" w:fill="F7F9FB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2F3582AD" w14:textId="77777777" w:rsidR="00C22AE5" w:rsidRPr="00997822" w:rsidRDefault="00C22AE5">
            <w:pPr>
              <w:spacing w:after="0"/>
            </w:pPr>
          </w:p>
        </w:tc>
      </w:tr>
      <w:tr w:rsidR="00C22AE5" w:rsidRPr="00997822" w14:paraId="0721E273" w14:textId="77777777" w:rsidTr="006C1487">
        <w:trPr>
          <w:cantSplit/>
          <w:jc w:val="center"/>
        </w:trPr>
        <w:tc>
          <w:tcPr>
            <w:tcW w:w="1000" w:type="pct"/>
            <w:shd w:val="clear" w:color="auto" w:fill="F7F9FB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459EDFA6" w14:textId="77777777" w:rsidR="00C22AE5" w:rsidRPr="00997822" w:rsidRDefault="00C22AE5">
            <w:pPr>
              <w:spacing w:after="0"/>
            </w:pPr>
          </w:p>
        </w:tc>
        <w:tc>
          <w:tcPr>
            <w:tcW w:w="1000" w:type="pct"/>
            <w:shd w:val="clear" w:color="auto" w:fill="F7F9FB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7AF6C5FB" w14:textId="77777777" w:rsidR="00C22AE5" w:rsidRPr="00997822" w:rsidRDefault="00C22AE5">
            <w:pPr>
              <w:spacing w:after="0"/>
            </w:pPr>
          </w:p>
        </w:tc>
        <w:tc>
          <w:tcPr>
            <w:tcW w:w="1000" w:type="pct"/>
            <w:shd w:val="clear" w:color="auto" w:fill="F7F9FB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681636DA" w14:textId="77777777" w:rsidR="00C22AE5" w:rsidRPr="00997822" w:rsidRDefault="00C22AE5">
            <w:pPr>
              <w:spacing w:after="0"/>
            </w:pPr>
          </w:p>
        </w:tc>
        <w:tc>
          <w:tcPr>
            <w:tcW w:w="1000" w:type="pct"/>
            <w:shd w:val="clear" w:color="auto" w:fill="F7F9FB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37432F06" w14:textId="77777777" w:rsidR="00C22AE5" w:rsidRPr="00997822" w:rsidRDefault="00C22AE5">
            <w:pPr>
              <w:spacing w:after="0"/>
            </w:pPr>
          </w:p>
        </w:tc>
        <w:tc>
          <w:tcPr>
            <w:tcW w:w="1000" w:type="pct"/>
            <w:shd w:val="clear" w:color="auto" w:fill="F7F9FB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276FCD40" w14:textId="77777777" w:rsidR="00C22AE5" w:rsidRPr="00997822" w:rsidRDefault="00C22AE5">
            <w:pPr>
              <w:spacing w:after="0"/>
            </w:pPr>
          </w:p>
        </w:tc>
      </w:tr>
      <w:tr w:rsidR="00C22AE5" w:rsidRPr="00997822" w14:paraId="540404BC" w14:textId="77777777" w:rsidTr="006C1487">
        <w:trPr>
          <w:cantSplit/>
          <w:jc w:val="center"/>
        </w:trPr>
        <w:tc>
          <w:tcPr>
            <w:tcW w:w="1000" w:type="pct"/>
            <w:shd w:val="clear" w:color="auto" w:fill="F7F9FB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39F91338" w14:textId="77777777" w:rsidR="00C22AE5" w:rsidRPr="00997822" w:rsidRDefault="00C22AE5">
            <w:pPr>
              <w:spacing w:after="0"/>
            </w:pPr>
          </w:p>
        </w:tc>
        <w:tc>
          <w:tcPr>
            <w:tcW w:w="1000" w:type="pct"/>
            <w:shd w:val="clear" w:color="auto" w:fill="F7F9FB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23632316" w14:textId="77777777" w:rsidR="00C22AE5" w:rsidRPr="00997822" w:rsidRDefault="00C22AE5">
            <w:pPr>
              <w:spacing w:after="0"/>
            </w:pPr>
          </w:p>
        </w:tc>
        <w:tc>
          <w:tcPr>
            <w:tcW w:w="1000" w:type="pct"/>
            <w:shd w:val="clear" w:color="auto" w:fill="F7F9FB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2D45D15E" w14:textId="77777777" w:rsidR="00C22AE5" w:rsidRPr="00997822" w:rsidRDefault="00C22AE5">
            <w:pPr>
              <w:spacing w:after="0"/>
            </w:pPr>
          </w:p>
        </w:tc>
        <w:tc>
          <w:tcPr>
            <w:tcW w:w="1000" w:type="pct"/>
            <w:shd w:val="clear" w:color="auto" w:fill="F7F9FB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6A7DDCD6" w14:textId="77777777" w:rsidR="00C22AE5" w:rsidRPr="00997822" w:rsidRDefault="00C22AE5">
            <w:pPr>
              <w:spacing w:after="0"/>
            </w:pPr>
          </w:p>
        </w:tc>
        <w:tc>
          <w:tcPr>
            <w:tcW w:w="1000" w:type="pct"/>
            <w:shd w:val="clear" w:color="auto" w:fill="F7F9FB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798DE7D6" w14:textId="77777777" w:rsidR="00C22AE5" w:rsidRPr="00997822" w:rsidRDefault="00C22AE5">
            <w:pPr>
              <w:spacing w:after="0"/>
            </w:pPr>
          </w:p>
        </w:tc>
      </w:tr>
      <w:tr w:rsidR="00C22AE5" w:rsidRPr="00997822" w14:paraId="169018BE" w14:textId="77777777" w:rsidTr="006C1487">
        <w:trPr>
          <w:cantSplit/>
          <w:jc w:val="center"/>
        </w:trPr>
        <w:tc>
          <w:tcPr>
            <w:tcW w:w="1000" w:type="pct"/>
            <w:shd w:val="clear" w:color="auto" w:fill="F7F9FB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39369436" w14:textId="77777777" w:rsidR="00C22AE5" w:rsidRPr="00997822" w:rsidRDefault="00C22AE5">
            <w:pPr>
              <w:spacing w:after="0"/>
            </w:pPr>
          </w:p>
        </w:tc>
        <w:tc>
          <w:tcPr>
            <w:tcW w:w="1000" w:type="pct"/>
            <w:shd w:val="clear" w:color="auto" w:fill="F7F9FB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7DE0B561" w14:textId="77777777" w:rsidR="00C22AE5" w:rsidRPr="00997822" w:rsidRDefault="00C22AE5">
            <w:pPr>
              <w:spacing w:after="0"/>
            </w:pPr>
          </w:p>
        </w:tc>
        <w:tc>
          <w:tcPr>
            <w:tcW w:w="1000" w:type="pct"/>
            <w:shd w:val="clear" w:color="auto" w:fill="F7F9FB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309B3B4E" w14:textId="77777777" w:rsidR="00C22AE5" w:rsidRPr="00997822" w:rsidRDefault="00C22AE5">
            <w:pPr>
              <w:spacing w:after="0"/>
            </w:pPr>
          </w:p>
        </w:tc>
        <w:tc>
          <w:tcPr>
            <w:tcW w:w="1000" w:type="pct"/>
            <w:shd w:val="clear" w:color="auto" w:fill="F7F9FB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4E3EFCEC" w14:textId="77777777" w:rsidR="00C22AE5" w:rsidRPr="00997822" w:rsidRDefault="00C22AE5">
            <w:pPr>
              <w:spacing w:after="0"/>
            </w:pPr>
          </w:p>
        </w:tc>
        <w:tc>
          <w:tcPr>
            <w:tcW w:w="1000" w:type="pct"/>
            <w:shd w:val="clear" w:color="auto" w:fill="F7F9FB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6179BE8D" w14:textId="77777777" w:rsidR="00C22AE5" w:rsidRPr="00997822" w:rsidRDefault="00C22AE5">
            <w:pPr>
              <w:spacing w:after="0"/>
            </w:pPr>
          </w:p>
        </w:tc>
      </w:tr>
      <w:tr w:rsidR="00C22AE5" w:rsidRPr="00997822" w14:paraId="1BB0337D" w14:textId="77777777" w:rsidTr="006C1487">
        <w:trPr>
          <w:cantSplit/>
          <w:jc w:val="center"/>
        </w:trPr>
        <w:tc>
          <w:tcPr>
            <w:tcW w:w="1000" w:type="pct"/>
            <w:shd w:val="clear" w:color="auto" w:fill="F7F9FB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3111EB9E" w14:textId="77777777" w:rsidR="00C22AE5" w:rsidRPr="00997822" w:rsidRDefault="00C22AE5">
            <w:pPr>
              <w:spacing w:after="0"/>
            </w:pPr>
          </w:p>
        </w:tc>
        <w:tc>
          <w:tcPr>
            <w:tcW w:w="1000" w:type="pct"/>
            <w:shd w:val="clear" w:color="auto" w:fill="F7F9FB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1788E7E4" w14:textId="77777777" w:rsidR="00C22AE5" w:rsidRPr="00997822" w:rsidRDefault="00C22AE5">
            <w:pPr>
              <w:spacing w:after="0"/>
            </w:pPr>
          </w:p>
        </w:tc>
        <w:tc>
          <w:tcPr>
            <w:tcW w:w="1000" w:type="pct"/>
            <w:shd w:val="clear" w:color="auto" w:fill="F7F9FB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7A34C0FC" w14:textId="77777777" w:rsidR="00C22AE5" w:rsidRPr="00997822" w:rsidRDefault="00C22AE5">
            <w:pPr>
              <w:spacing w:after="0"/>
            </w:pPr>
          </w:p>
        </w:tc>
        <w:tc>
          <w:tcPr>
            <w:tcW w:w="1000" w:type="pct"/>
            <w:shd w:val="clear" w:color="auto" w:fill="F7F9FB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54DC755D" w14:textId="77777777" w:rsidR="00C22AE5" w:rsidRPr="00997822" w:rsidRDefault="00C22AE5">
            <w:pPr>
              <w:spacing w:after="0"/>
            </w:pPr>
          </w:p>
        </w:tc>
        <w:tc>
          <w:tcPr>
            <w:tcW w:w="1000" w:type="pct"/>
            <w:shd w:val="clear" w:color="auto" w:fill="F7F9FB"/>
            <w:tcMar>
              <w:top w:w="120" w:type="dxa"/>
              <w:left w:w="80" w:type="dxa"/>
              <w:bottom w:w="120" w:type="dxa"/>
              <w:right w:w="80" w:type="dxa"/>
            </w:tcMar>
            <w:vAlign w:val="center"/>
          </w:tcPr>
          <w:p w14:paraId="288F4754" w14:textId="77777777" w:rsidR="00C22AE5" w:rsidRPr="00997822" w:rsidRDefault="00C22AE5">
            <w:pPr>
              <w:spacing w:after="0"/>
            </w:pPr>
          </w:p>
        </w:tc>
      </w:tr>
    </w:tbl>
    <w:p w14:paraId="51B4114F" w14:textId="77592A52" w:rsidR="009106BB" w:rsidRPr="00997822" w:rsidRDefault="00462B3D">
      <w:pPr>
        <w:keepNext/>
        <w:spacing w:before="60" w:after="40"/>
      </w:pPr>
      <w:r w:rsidRPr="00997822">
        <w:t xml:space="preserve">*Caso não seja vinculado ao IDR-Paraná </w:t>
      </w:r>
      <w:r w:rsidR="0008599A" w:rsidRPr="003052DC">
        <w:t>preencher</w:t>
      </w:r>
      <w:r w:rsidR="0008599A">
        <w:t xml:space="preserve"> </w:t>
      </w:r>
      <w:r w:rsidRPr="00997822">
        <w:t>com “Não se aplica”.</w:t>
      </w:r>
    </w:p>
    <w:p w14:paraId="0408E7CF" w14:textId="77777777" w:rsidR="00462B3D" w:rsidRPr="00997822" w:rsidRDefault="00462B3D">
      <w:pPr>
        <w:keepNext/>
        <w:spacing w:before="60" w:after="40"/>
      </w:pPr>
    </w:p>
    <w:p w14:paraId="64B19716" w14:textId="77777777" w:rsidR="00755128" w:rsidRPr="00997822" w:rsidRDefault="001C7F25">
      <w:pPr>
        <w:keepNext/>
        <w:spacing w:before="60" w:after="40"/>
      </w:pPr>
      <w:r w:rsidRPr="00997822">
        <w:t>2.5. Área temática da publicação (tema/área de conhecimento relacionada à proposta).</w:t>
      </w:r>
    </w:p>
    <w:tbl>
      <w:tblPr>
        <w:tblW w:w="0" w:type="auto"/>
        <w:jc w:val="center"/>
        <w:tblBorders>
          <w:top w:val="single" w:sz="6" w:space="0" w:color="C9D3DC"/>
          <w:left w:val="single" w:sz="6" w:space="0" w:color="C9D3DC"/>
          <w:bottom w:val="single" w:sz="6" w:space="0" w:color="C9D3DC"/>
          <w:right w:val="single" w:sz="6" w:space="0" w:color="C9D3DC"/>
          <w:insideH w:val="single" w:sz="6" w:space="0" w:color="C9D3DC"/>
          <w:insideV w:val="single" w:sz="6" w:space="0" w:color="C9D3D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2C024B13" w14:textId="77777777">
        <w:trPr>
          <w:cantSplit/>
          <w:jc w:val="center"/>
        </w:trPr>
        <w:tc>
          <w:tcPr>
            <w:tcW w:w="10036" w:type="dxa"/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FE0B40" w14:textId="77777777" w:rsidR="00755128" w:rsidRPr="00997822" w:rsidRDefault="001C7F25">
            <w:pPr>
              <w:spacing w:after="0"/>
            </w:pPr>
            <w:r w:rsidRPr="00997822">
              <w:rPr>
                <w:i/>
                <w:color w:val="646E78"/>
              </w:rPr>
              <w:t>Clique ou toque aqui para inserir o texto.</w:t>
            </w:r>
          </w:p>
        </w:tc>
      </w:tr>
    </w:tbl>
    <w:p w14:paraId="6F06F3E9" w14:textId="77777777" w:rsidR="009106BB" w:rsidRPr="00997822" w:rsidRDefault="009106BB">
      <w:pPr>
        <w:keepNext/>
        <w:spacing w:before="60" w:after="40"/>
      </w:pPr>
    </w:p>
    <w:p w14:paraId="78C833F1" w14:textId="77777777" w:rsidR="00755128" w:rsidRPr="00997822" w:rsidRDefault="001C7F25">
      <w:pPr>
        <w:keepNext/>
        <w:spacing w:before="60" w:after="40"/>
      </w:pPr>
      <w:r w:rsidRPr="00997822">
        <w:t>2.6. Natureza da proposta.</w:t>
      </w:r>
    </w:p>
    <w:p w14:paraId="337D9FF5" w14:textId="77777777" w:rsidR="00755128" w:rsidRPr="00997822" w:rsidRDefault="001C7F25">
      <w:pPr>
        <w:spacing w:after="60"/>
        <w:ind w:left="142"/>
      </w:pPr>
      <w:r w:rsidRPr="00997822">
        <w:t>( ) Original     ( ) Reedição     ( ) Reimpressão</w:t>
      </w:r>
    </w:p>
    <w:p w14:paraId="756E5A22" w14:textId="77777777" w:rsidR="009106BB" w:rsidRPr="00997822" w:rsidRDefault="009106BB">
      <w:pPr>
        <w:keepNext/>
        <w:spacing w:before="60" w:after="40"/>
      </w:pPr>
    </w:p>
    <w:p w14:paraId="2584CC47" w14:textId="77777777" w:rsidR="00755128" w:rsidRPr="00997822" w:rsidRDefault="001C7F25">
      <w:pPr>
        <w:keepNext/>
        <w:spacing w:before="60" w:after="40"/>
      </w:pPr>
      <w:r w:rsidRPr="00997822">
        <w:t xml:space="preserve">2.7. Para reedição ou reimpressão, informe o título </w:t>
      </w:r>
      <w:r w:rsidR="00BD2BC5" w:rsidRPr="00997822">
        <w:t>d</w:t>
      </w:r>
      <w:r w:rsidRPr="00997822">
        <w:t>a edição anterior.</w:t>
      </w:r>
    </w:p>
    <w:tbl>
      <w:tblPr>
        <w:tblW w:w="0" w:type="auto"/>
        <w:jc w:val="center"/>
        <w:tblBorders>
          <w:top w:val="single" w:sz="6" w:space="0" w:color="C9D3DC"/>
          <w:left w:val="single" w:sz="6" w:space="0" w:color="C9D3DC"/>
          <w:bottom w:val="single" w:sz="6" w:space="0" w:color="C9D3DC"/>
          <w:right w:val="single" w:sz="6" w:space="0" w:color="C9D3DC"/>
          <w:insideH w:val="single" w:sz="6" w:space="0" w:color="C9D3DC"/>
          <w:insideV w:val="single" w:sz="6" w:space="0" w:color="C9D3D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22EDAF98" w14:textId="77777777">
        <w:trPr>
          <w:cantSplit/>
          <w:jc w:val="center"/>
        </w:trPr>
        <w:tc>
          <w:tcPr>
            <w:tcW w:w="10036" w:type="dxa"/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29D986E" w14:textId="77777777" w:rsidR="00755128" w:rsidRPr="00997822" w:rsidRDefault="001C7F25">
            <w:pPr>
              <w:spacing w:after="0"/>
            </w:pPr>
            <w:r w:rsidRPr="00997822">
              <w:rPr>
                <w:i/>
                <w:color w:val="646E78"/>
              </w:rPr>
              <w:t>Clique ou toque aqui para inserir o texto.</w:t>
            </w:r>
          </w:p>
        </w:tc>
      </w:tr>
    </w:tbl>
    <w:p w14:paraId="137628F9" w14:textId="77777777" w:rsidR="009106BB" w:rsidRPr="00997822" w:rsidRDefault="009106BB">
      <w:pPr>
        <w:keepNext/>
        <w:spacing w:before="60" w:after="40"/>
      </w:pPr>
    </w:p>
    <w:p w14:paraId="370E8843" w14:textId="77777777" w:rsidR="00755128" w:rsidRPr="00997822" w:rsidRDefault="001C7F25">
      <w:pPr>
        <w:keepNext/>
        <w:spacing w:before="60" w:after="40"/>
      </w:pPr>
      <w:r w:rsidRPr="00997822">
        <w:t>2.8. Ano, editora e ISBN</w:t>
      </w:r>
      <w:r w:rsidR="00BD2BC5" w:rsidRPr="00997822">
        <w:t xml:space="preserve"> ou ISSN </w:t>
      </w:r>
      <w:r w:rsidRPr="00997822">
        <w:t>da edição anterior.</w:t>
      </w:r>
    </w:p>
    <w:tbl>
      <w:tblPr>
        <w:tblW w:w="0" w:type="auto"/>
        <w:jc w:val="center"/>
        <w:tblBorders>
          <w:top w:val="single" w:sz="6" w:space="0" w:color="C9D3DC"/>
          <w:left w:val="single" w:sz="6" w:space="0" w:color="C9D3DC"/>
          <w:bottom w:val="single" w:sz="6" w:space="0" w:color="C9D3DC"/>
          <w:right w:val="single" w:sz="6" w:space="0" w:color="C9D3DC"/>
          <w:insideH w:val="single" w:sz="6" w:space="0" w:color="C9D3DC"/>
          <w:insideV w:val="single" w:sz="6" w:space="0" w:color="C9D3D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446699E2" w14:textId="77777777">
        <w:trPr>
          <w:cantSplit/>
          <w:jc w:val="center"/>
        </w:trPr>
        <w:tc>
          <w:tcPr>
            <w:tcW w:w="10036" w:type="dxa"/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8E47D5" w14:textId="77777777" w:rsidR="00755128" w:rsidRPr="00997822" w:rsidRDefault="001C7F25">
            <w:pPr>
              <w:spacing w:after="0"/>
            </w:pPr>
            <w:r w:rsidRPr="00997822">
              <w:rPr>
                <w:i/>
                <w:color w:val="646E78"/>
              </w:rPr>
              <w:t>Clique ou toque aqui para inserir o texto.</w:t>
            </w:r>
          </w:p>
        </w:tc>
      </w:tr>
    </w:tbl>
    <w:p w14:paraId="2F2A5555" w14:textId="77777777" w:rsidR="009106BB" w:rsidRPr="00997822" w:rsidRDefault="009106BB">
      <w:pPr>
        <w:keepNext/>
        <w:spacing w:before="60" w:after="40"/>
      </w:pPr>
    </w:p>
    <w:p w14:paraId="06187CBE" w14:textId="77777777" w:rsidR="00BE1445" w:rsidRPr="00997822" w:rsidRDefault="00BE1445" w:rsidP="00BE1445">
      <w:pPr>
        <w:keepNext/>
        <w:spacing w:before="60" w:after="40"/>
      </w:pPr>
      <w:r w:rsidRPr="00997822">
        <w:t>2.9. Informe a natureza da nova proposta.</w:t>
      </w:r>
    </w:p>
    <w:tbl>
      <w:tblPr>
        <w:tblW w:w="0" w:type="auto"/>
        <w:jc w:val="center"/>
        <w:tblBorders>
          <w:top w:val="single" w:sz="6" w:space="0" w:color="C9D3DC"/>
          <w:left w:val="single" w:sz="6" w:space="0" w:color="C9D3DC"/>
          <w:bottom w:val="single" w:sz="6" w:space="0" w:color="C9D3DC"/>
          <w:right w:val="single" w:sz="6" w:space="0" w:color="C9D3DC"/>
          <w:insideH w:val="single" w:sz="6" w:space="0" w:color="C9D3DC"/>
          <w:insideV w:val="single" w:sz="6" w:space="0" w:color="C9D3DC"/>
        </w:tblBorders>
        <w:tblLook w:val="04A0" w:firstRow="1" w:lastRow="0" w:firstColumn="1" w:lastColumn="0" w:noHBand="0" w:noVBand="1"/>
      </w:tblPr>
      <w:tblGrid>
        <w:gridCol w:w="10036"/>
      </w:tblGrid>
      <w:tr w:rsidR="00BE1445" w:rsidRPr="00997822" w14:paraId="76231B04" w14:textId="77777777" w:rsidTr="001D0BD0">
        <w:trPr>
          <w:cantSplit/>
          <w:jc w:val="center"/>
        </w:trPr>
        <w:tc>
          <w:tcPr>
            <w:tcW w:w="10036" w:type="dxa"/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7636D9" w14:textId="77777777" w:rsidR="00BE1445" w:rsidRPr="00997822" w:rsidRDefault="00BE1445" w:rsidP="001D0BD0">
            <w:pPr>
              <w:spacing w:after="0"/>
            </w:pPr>
            <w:r w:rsidRPr="00997822">
              <w:rPr>
                <w:i/>
                <w:color w:val="646E78"/>
              </w:rPr>
              <w:t>Clique ou toque aqui para inserir o texto.</w:t>
            </w:r>
            <w:r w:rsidRPr="00997822">
              <w:br/>
            </w:r>
            <w:r w:rsidRPr="00997822">
              <w:br/>
            </w:r>
          </w:p>
        </w:tc>
      </w:tr>
    </w:tbl>
    <w:p w14:paraId="3BD04FC8" w14:textId="77777777" w:rsidR="00755128" w:rsidRPr="00997822" w:rsidRDefault="001C7F25">
      <w:pPr>
        <w:keepNext/>
        <w:spacing w:before="60" w:after="40"/>
      </w:pPr>
      <w:r w:rsidRPr="00997822">
        <w:lastRenderedPageBreak/>
        <w:t>2.10. Alterações previstas em relação à edição anterior.</w:t>
      </w:r>
    </w:p>
    <w:tbl>
      <w:tblPr>
        <w:tblW w:w="0" w:type="auto"/>
        <w:jc w:val="center"/>
        <w:tblBorders>
          <w:top w:val="single" w:sz="6" w:space="0" w:color="C9D3DC"/>
          <w:left w:val="single" w:sz="6" w:space="0" w:color="C9D3DC"/>
          <w:bottom w:val="single" w:sz="6" w:space="0" w:color="C9D3DC"/>
          <w:right w:val="single" w:sz="6" w:space="0" w:color="C9D3DC"/>
          <w:insideH w:val="single" w:sz="6" w:space="0" w:color="C9D3DC"/>
          <w:insideV w:val="single" w:sz="6" w:space="0" w:color="C9D3D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03C44CF4" w14:textId="77777777">
        <w:trPr>
          <w:cantSplit/>
          <w:jc w:val="center"/>
        </w:trPr>
        <w:tc>
          <w:tcPr>
            <w:tcW w:w="10036" w:type="dxa"/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9171B7" w14:textId="77777777" w:rsidR="00755128" w:rsidRPr="00997822" w:rsidRDefault="001C7F25">
            <w:pPr>
              <w:spacing w:after="0"/>
            </w:pPr>
            <w:r w:rsidRPr="00997822">
              <w:rPr>
                <w:i/>
                <w:color w:val="646E78"/>
              </w:rPr>
              <w:t>Clique ou toque aqui para inserir o texto.</w:t>
            </w:r>
            <w:r w:rsidRPr="00997822">
              <w:br/>
            </w:r>
          </w:p>
        </w:tc>
      </w:tr>
    </w:tbl>
    <w:p w14:paraId="1CC8ED75" w14:textId="77777777" w:rsidR="009106BB" w:rsidRPr="00997822" w:rsidRDefault="009106BB">
      <w:pPr>
        <w:keepNext/>
        <w:spacing w:before="60" w:after="40"/>
      </w:pPr>
    </w:p>
    <w:p w14:paraId="634A598C" w14:textId="77777777" w:rsidR="00755128" w:rsidRPr="00997822" w:rsidRDefault="001C7F25">
      <w:pPr>
        <w:keepNext/>
        <w:spacing w:before="60" w:after="40"/>
      </w:pPr>
      <w:r w:rsidRPr="00997822">
        <w:t>2.11. Titularidade dos direitos da publicação anterior.</w:t>
      </w:r>
    </w:p>
    <w:tbl>
      <w:tblPr>
        <w:tblW w:w="0" w:type="auto"/>
        <w:jc w:val="center"/>
        <w:tblBorders>
          <w:top w:val="single" w:sz="6" w:space="0" w:color="C9D3DC"/>
          <w:left w:val="single" w:sz="6" w:space="0" w:color="C9D3DC"/>
          <w:bottom w:val="single" w:sz="6" w:space="0" w:color="C9D3DC"/>
          <w:right w:val="single" w:sz="6" w:space="0" w:color="C9D3DC"/>
          <w:insideH w:val="single" w:sz="6" w:space="0" w:color="C9D3DC"/>
          <w:insideV w:val="single" w:sz="6" w:space="0" w:color="C9D3D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40FAD047" w14:textId="77777777">
        <w:trPr>
          <w:cantSplit/>
          <w:jc w:val="center"/>
        </w:trPr>
        <w:tc>
          <w:tcPr>
            <w:tcW w:w="10036" w:type="dxa"/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5A4AF8" w14:textId="77777777" w:rsidR="00755128" w:rsidRPr="00997822" w:rsidRDefault="001C7F25">
            <w:pPr>
              <w:spacing w:after="0"/>
            </w:pPr>
            <w:r w:rsidRPr="00997822">
              <w:rPr>
                <w:i/>
                <w:color w:val="646E78"/>
              </w:rPr>
              <w:t>Clique ou toque aqui para inserir o texto.</w:t>
            </w:r>
          </w:p>
        </w:tc>
      </w:tr>
    </w:tbl>
    <w:p w14:paraId="711518DE" w14:textId="77777777" w:rsidR="009106BB" w:rsidRPr="00997822" w:rsidRDefault="009106BB">
      <w:pPr>
        <w:keepNext/>
        <w:spacing w:before="60" w:after="40"/>
      </w:pPr>
    </w:p>
    <w:p w14:paraId="5167FE20" w14:textId="77777777" w:rsidR="00755128" w:rsidRPr="00997822" w:rsidRDefault="001C7F25">
      <w:pPr>
        <w:keepNext/>
        <w:spacing w:before="60" w:after="40"/>
      </w:pPr>
      <w:r w:rsidRPr="00997822">
        <w:t>2.12. Situação da autorização da editora anterior e dos autores, quando necessária.</w:t>
      </w:r>
    </w:p>
    <w:tbl>
      <w:tblPr>
        <w:tblW w:w="0" w:type="auto"/>
        <w:jc w:val="center"/>
        <w:tblBorders>
          <w:top w:val="single" w:sz="6" w:space="0" w:color="C9D3DC"/>
          <w:left w:val="single" w:sz="6" w:space="0" w:color="C9D3DC"/>
          <w:bottom w:val="single" w:sz="6" w:space="0" w:color="C9D3DC"/>
          <w:right w:val="single" w:sz="6" w:space="0" w:color="C9D3DC"/>
          <w:insideH w:val="single" w:sz="6" w:space="0" w:color="C9D3DC"/>
          <w:insideV w:val="single" w:sz="6" w:space="0" w:color="C9D3D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417A0E2E" w14:textId="77777777">
        <w:trPr>
          <w:cantSplit/>
          <w:jc w:val="center"/>
        </w:trPr>
        <w:tc>
          <w:tcPr>
            <w:tcW w:w="10036" w:type="dxa"/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8CE6AC" w14:textId="77777777" w:rsidR="00755128" w:rsidRPr="00997822" w:rsidRDefault="001C7F25">
            <w:pPr>
              <w:spacing w:after="0"/>
            </w:pPr>
            <w:r w:rsidRPr="00997822">
              <w:rPr>
                <w:i/>
                <w:color w:val="646E78"/>
              </w:rPr>
              <w:t>Clique ou toque aqui para inserir o texto.</w:t>
            </w:r>
            <w:r w:rsidRPr="00997822">
              <w:br/>
            </w:r>
          </w:p>
        </w:tc>
      </w:tr>
    </w:tbl>
    <w:p w14:paraId="027ECF4F" w14:textId="77777777" w:rsidR="009106BB" w:rsidRPr="00997822" w:rsidRDefault="009106BB"/>
    <w:p w14:paraId="55E3BFF2" w14:textId="77777777" w:rsidR="009106BB" w:rsidRPr="00997822" w:rsidRDefault="009106BB"/>
    <w:tbl>
      <w:tblPr>
        <w:tblW w:w="0" w:type="auto"/>
        <w:jc w:val="center"/>
        <w:tblBorders>
          <w:top w:val="single" w:sz="4" w:space="0" w:color="17395C"/>
          <w:left w:val="single" w:sz="4" w:space="0" w:color="17395C"/>
          <w:bottom w:val="single" w:sz="4" w:space="0" w:color="17395C"/>
          <w:right w:val="single" w:sz="4" w:space="0" w:color="17395C"/>
          <w:insideH w:val="single" w:sz="4" w:space="0" w:color="17395C"/>
          <w:insideV w:val="single" w:sz="4" w:space="0" w:color="17395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5E0EB329" w14:textId="77777777">
        <w:trPr>
          <w:cantSplit/>
          <w:jc w:val="center"/>
        </w:trPr>
        <w:tc>
          <w:tcPr>
            <w:tcW w:w="10036" w:type="dxa"/>
            <w:shd w:val="clear" w:color="auto" w:fill="17395C"/>
            <w:tcMar>
              <w:top w:w="80" w:type="dxa"/>
              <w:left w:w="120" w:type="dxa"/>
              <w:bottom w:w="70" w:type="dxa"/>
              <w:right w:w="120" w:type="dxa"/>
            </w:tcMar>
          </w:tcPr>
          <w:p w14:paraId="1D47943D" w14:textId="77777777" w:rsidR="00755128" w:rsidRPr="00997822" w:rsidRDefault="001C7F25">
            <w:pPr>
              <w:pStyle w:val="SectionBar"/>
              <w:spacing w:before="0" w:after="0"/>
              <w:rPr>
                <w:lang w:val="pt-BR"/>
              </w:rPr>
            </w:pPr>
            <w:r w:rsidRPr="00997822">
              <w:rPr>
                <w:lang w:val="pt-BR"/>
              </w:rPr>
              <w:t>3. CONTEÚDO E RELEVÂNCIA</w:t>
            </w:r>
          </w:p>
        </w:tc>
      </w:tr>
    </w:tbl>
    <w:p w14:paraId="74FC2547" w14:textId="77777777" w:rsidR="009106BB" w:rsidRPr="00997822" w:rsidRDefault="009106BB">
      <w:pPr>
        <w:keepNext/>
        <w:spacing w:before="60" w:after="40"/>
      </w:pPr>
    </w:p>
    <w:p w14:paraId="082EF887" w14:textId="77777777" w:rsidR="00755128" w:rsidRPr="00997822" w:rsidRDefault="001C7F25">
      <w:pPr>
        <w:keepNext/>
        <w:spacing w:before="60" w:after="40"/>
      </w:pPr>
      <w:r w:rsidRPr="00997822">
        <w:t>3.1. Resumo da publicação proposta.</w:t>
      </w:r>
    </w:p>
    <w:tbl>
      <w:tblPr>
        <w:tblW w:w="0" w:type="auto"/>
        <w:jc w:val="center"/>
        <w:tblBorders>
          <w:top w:val="single" w:sz="6" w:space="0" w:color="C9D3DC"/>
          <w:left w:val="single" w:sz="6" w:space="0" w:color="C9D3DC"/>
          <w:bottom w:val="single" w:sz="6" w:space="0" w:color="C9D3DC"/>
          <w:right w:val="single" w:sz="6" w:space="0" w:color="C9D3DC"/>
          <w:insideH w:val="single" w:sz="6" w:space="0" w:color="C9D3DC"/>
          <w:insideV w:val="single" w:sz="6" w:space="0" w:color="C9D3D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7A0AFD81" w14:textId="77777777">
        <w:trPr>
          <w:cantSplit/>
          <w:jc w:val="center"/>
        </w:trPr>
        <w:tc>
          <w:tcPr>
            <w:tcW w:w="10036" w:type="dxa"/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00FD88" w14:textId="77777777" w:rsidR="00755128" w:rsidRPr="00997822" w:rsidRDefault="001C7F25">
            <w:pPr>
              <w:spacing w:after="0"/>
            </w:pPr>
            <w:r w:rsidRPr="00997822">
              <w:rPr>
                <w:i/>
                <w:color w:val="646E78"/>
              </w:rPr>
              <w:t>Clique ou toque aqui para inserir o texto.</w:t>
            </w:r>
            <w:r w:rsidRPr="00997822">
              <w:br/>
            </w:r>
            <w:r w:rsidRPr="00997822">
              <w:br/>
            </w:r>
            <w:r w:rsidRPr="00997822">
              <w:br/>
            </w:r>
            <w:r w:rsidRPr="00997822">
              <w:br/>
            </w:r>
          </w:p>
        </w:tc>
      </w:tr>
    </w:tbl>
    <w:p w14:paraId="12AC396C" w14:textId="77777777" w:rsidR="009106BB" w:rsidRPr="00997822" w:rsidRDefault="009106BB">
      <w:pPr>
        <w:keepNext/>
        <w:spacing w:before="60" w:after="40"/>
      </w:pPr>
    </w:p>
    <w:p w14:paraId="7423ABF0" w14:textId="77777777" w:rsidR="00755128" w:rsidRPr="00997822" w:rsidRDefault="001C7F25">
      <w:pPr>
        <w:keepNext/>
        <w:spacing w:before="60" w:after="40"/>
      </w:pPr>
      <w:r w:rsidRPr="00997822">
        <w:t>3.2. Objetivo da publicação.</w:t>
      </w:r>
    </w:p>
    <w:tbl>
      <w:tblPr>
        <w:tblW w:w="0" w:type="auto"/>
        <w:jc w:val="center"/>
        <w:tblBorders>
          <w:top w:val="single" w:sz="6" w:space="0" w:color="C9D3DC"/>
          <w:left w:val="single" w:sz="6" w:space="0" w:color="C9D3DC"/>
          <w:bottom w:val="single" w:sz="6" w:space="0" w:color="C9D3DC"/>
          <w:right w:val="single" w:sz="6" w:space="0" w:color="C9D3DC"/>
          <w:insideH w:val="single" w:sz="6" w:space="0" w:color="C9D3DC"/>
          <w:insideV w:val="single" w:sz="6" w:space="0" w:color="C9D3D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59D5B740" w14:textId="77777777">
        <w:trPr>
          <w:cantSplit/>
          <w:jc w:val="center"/>
        </w:trPr>
        <w:tc>
          <w:tcPr>
            <w:tcW w:w="10036" w:type="dxa"/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880FE0" w14:textId="77777777" w:rsidR="00755128" w:rsidRPr="00997822" w:rsidRDefault="001C7F25">
            <w:pPr>
              <w:spacing w:after="0"/>
            </w:pPr>
            <w:r w:rsidRPr="00997822">
              <w:rPr>
                <w:i/>
                <w:color w:val="646E78"/>
              </w:rPr>
              <w:t>Clique ou toque aqui para inserir o texto.</w:t>
            </w:r>
            <w:r w:rsidRPr="00997822">
              <w:br/>
            </w:r>
            <w:r w:rsidRPr="00997822">
              <w:br/>
            </w:r>
            <w:r w:rsidRPr="00997822">
              <w:br/>
            </w:r>
          </w:p>
        </w:tc>
      </w:tr>
    </w:tbl>
    <w:p w14:paraId="76E3F8E6" w14:textId="77777777" w:rsidR="009106BB" w:rsidRPr="00997822" w:rsidRDefault="009106BB">
      <w:pPr>
        <w:keepNext/>
        <w:spacing w:before="60" w:after="40"/>
      </w:pPr>
    </w:p>
    <w:p w14:paraId="22D089EA" w14:textId="77777777" w:rsidR="00755128" w:rsidRPr="00997822" w:rsidRDefault="001C7F25">
      <w:pPr>
        <w:keepNext/>
        <w:spacing w:before="60" w:after="40"/>
      </w:pPr>
      <w:r w:rsidRPr="00997822">
        <w:t>3.3. Justificativa, atualidade e relevância técnico-científica e institucional.</w:t>
      </w:r>
    </w:p>
    <w:tbl>
      <w:tblPr>
        <w:tblW w:w="0" w:type="auto"/>
        <w:jc w:val="center"/>
        <w:tblBorders>
          <w:top w:val="single" w:sz="6" w:space="0" w:color="C9D3DC"/>
          <w:left w:val="single" w:sz="6" w:space="0" w:color="C9D3DC"/>
          <w:bottom w:val="single" w:sz="6" w:space="0" w:color="C9D3DC"/>
          <w:right w:val="single" w:sz="6" w:space="0" w:color="C9D3DC"/>
          <w:insideH w:val="single" w:sz="6" w:space="0" w:color="C9D3DC"/>
          <w:insideV w:val="single" w:sz="6" w:space="0" w:color="C9D3D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18044299" w14:textId="77777777">
        <w:trPr>
          <w:cantSplit/>
          <w:jc w:val="center"/>
        </w:trPr>
        <w:tc>
          <w:tcPr>
            <w:tcW w:w="10036" w:type="dxa"/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547A150" w14:textId="77777777" w:rsidR="00755128" w:rsidRPr="00997822" w:rsidRDefault="001C7F25">
            <w:pPr>
              <w:spacing w:after="0"/>
            </w:pPr>
            <w:r w:rsidRPr="00997822">
              <w:rPr>
                <w:i/>
                <w:color w:val="646E78"/>
              </w:rPr>
              <w:t>Clique ou toque aqui para inserir o texto.</w:t>
            </w:r>
            <w:r w:rsidRPr="00997822">
              <w:br/>
            </w:r>
            <w:r w:rsidRPr="00997822">
              <w:br/>
            </w:r>
            <w:r w:rsidRPr="00997822">
              <w:br/>
            </w:r>
            <w:r w:rsidRPr="00997822">
              <w:br/>
            </w:r>
          </w:p>
        </w:tc>
      </w:tr>
    </w:tbl>
    <w:p w14:paraId="767B9476" w14:textId="77777777" w:rsidR="009106BB" w:rsidRPr="00997822" w:rsidRDefault="009106BB">
      <w:pPr>
        <w:keepNext/>
        <w:spacing w:before="60" w:after="40"/>
      </w:pPr>
    </w:p>
    <w:p w14:paraId="7DFB6B80" w14:textId="77777777" w:rsidR="00755128" w:rsidRPr="00997822" w:rsidRDefault="001C7F25">
      <w:pPr>
        <w:keepNext/>
        <w:spacing w:before="60" w:after="40"/>
      </w:pPr>
      <w:r w:rsidRPr="00997822">
        <w:t>3.4. Público-alvo.</w:t>
      </w:r>
    </w:p>
    <w:tbl>
      <w:tblPr>
        <w:tblW w:w="0" w:type="auto"/>
        <w:jc w:val="center"/>
        <w:tblBorders>
          <w:top w:val="single" w:sz="6" w:space="0" w:color="C9D3DC"/>
          <w:left w:val="single" w:sz="6" w:space="0" w:color="C9D3DC"/>
          <w:bottom w:val="single" w:sz="6" w:space="0" w:color="C9D3DC"/>
          <w:right w:val="single" w:sz="6" w:space="0" w:color="C9D3DC"/>
          <w:insideH w:val="single" w:sz="6" w:space="0" w:color="C9D3DC"/>
          <w:insideV w:val="single" w:sz="6" w:space="0" w:color="C9D3D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16E228DE" w14:textId="77777777">
        <w:trPr>
          <w:cantSplit/>
          <w:jc w:val="center"/>
        </w:trPr>
        <w:tc>
          <w:tcPr>
            <w:tcW w:w="10036" w:type="dxa"/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57F86D" w14:textId="77777777" w:rsidR="00755128" w:rsidRPr="00997822" w:rsidRDefault="001C7F25">
            <w:pPr>
              <w:spacing w:after="0"/>
            </w:pPr>
            <w:r w:rsidRPr="00997822">
              <w:rPr>
                <w:i/>
                <w:color w:val="646E78"/>
              </w:rPr>
              <w:t>Clique ou toque aqui para inserir o texto.</w:t>
            </w:r>
            <w:r w:rsidRPr="00997822">
              <w:br/>
            </w:r>
          </w:p>
        </w:tc>
      </w:tr>
    </w:tbl>
    <w:p w14:paraId="7D469A1F" w14:textId="77777777" w:rsidR="009106BB" w:rsidRPr="00997822" w:rsidRDefault="009106BB">
      <w:pPr>
        <w:keepNext/>
        <w:spacing w:before="60" w:after="40"/>
      </w:pPr>
    </w:p>
    <w:p w14:paraId="1893906C" w14:textId="77777777" w:rsidR="00755128" w:rsidRPr="00997822" w:rsidRDefault="001C7F25">
      <w:pPr>
        <w:keepNext/>
        <w:spacing w:before="60" w:after="40"/>
      </w:pPr>
      <w:r w:rsidRPr="00997822">
        <w:t>3.5. Palavras-chave.</w:t>
      </w:r>
    </w:p>
    <w:tbl>
      <w:tblPr>
        <w:tblW w:w="0" w:type="auto"/>
        <w:jc w:val="center"/>
        <w:tblBorders>
          <w:top w:val="single" w:sz="6" w:space="0" w:color="C9D3DC"/>
          <w:left w:val="single" w:sz="6" w:space="0" w:color="C9D3DC"/>
          <w:bottom w:val="single" w:sz="6" w:space="0" w:color="C9D3DC"/>
          <w:right w:val="single" w:sz="6" w:space="0" w:color="C9D3DC"/>
          <w:insideH w:val="single" w:sz="6" w:space="0" w:color="C9D3DC"/>
          <w:insideV w:val="single" w:sz="6" w:space="0" w:color="C9D3D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6F7A5274" w14:textId="77777777">
        <w:trPr>
          <w:cantSplit/>
          <w:jc w:val="center"/>
        </w:trPr>
        <w:tc>
          <w:tcPr>
            <w:tcW w:w="10036" w:type="dxa"/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184E22" w14:textId="77777777" w:rsidR="00755128" w:rsidRPr="00997822" w:rsidRDefault="001C7F25">
            <w:pPr>
              <w:spacing w:after="0"/>
            </w:pPr>
            <w:r w:rsidRPr="00997822">
              <w:rPr>
                <w:i/>
                <w:color w:val="646E78"/>
              </w:rPr>
              <w:t>Clique ou toque aqui para inserir o texto.</w:t>
            </w:r>
            <w:r w:rsidRPr="00997822">
              <w:br/>
            </w:r>
          </w:p>
        </w:tc>
      </w:tr>
    </w:tbl>
    <w:p w14:paraId="42BA1FC1" w14:textId="77777777" w:rsidR="009106BB" w:rsidRPr="00997822" w:rsidRDefault="009106BB">
      <w:pPr>
        <w:keepNext/>
        <w:spacing w:before="60" w:after="40"/>
      </w:pPr>
    </w:p>
    <w:p w14:paraId="79611370" w14:textId="77777777" w:rsidR="00755128" w:rsidRPr="00997822" w:rsidRDefault="001C7F25">
      <w:pPr>
        <w:keepNext/>
        <w:spacing w:before="60" w:after="40"/>
      </w:pPr>
      <w:r w:rsidRPr="00997822">
        <w:t>3.6. Estrutura prevista da obra (capítulos, seções ou sumário provisório).</w:t>
      </w:r>
    </w:p>
    <w:tbl>
      <w:tblPr>
        <w:tblW w:w="0" w:type="auto"/>
        <w:jc w:val="center"/>
        <w:tblBorders>
          <w:top w:val="single" w:sz="6" w:space="0" w:color="C9D3DC"/>
          <w:left w:val="single" w:sz="6" w:space="0" w:color="C9D3DC"/>
          <w:bottom w:val="single" w:sz="6" w:space="0" w:color="C9D3DC"/>
          <w:right w:val="single" w:sz="6" w:space="0" w:color="C9D3DC"/>
          <w:insideH w:val="single" w:sz="6" w:space="0" w:color="C9D3DC"/>
          <w:insideV w:val="single" w:sz="6" w:space="0" w:color="C9D3D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072EA14C" w14:textId="77777777">
        <w:trPr>
          <w:cantSplit/>
          <w:jc w:val="center"/>
        </w:trPr>
        <w:tc>
          <w:tcPr>
            <w:tcW w:w="10036" w:type="dxa"/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33B836" w14:textId="77777777" w:rsidR="00755128" w:rsidRPr="00997822" w:rsidRDefault="001C7F25">
            <w:pPr>
              <w:spacing w:after="0"/>
            </w:pPr>
            <w:r w:rsidRPr="00997822">
              <w:rPr>
                <w:i/>
                <w:color w:val="646E78"/>
              </w:rPr>
              <w:t>Clique ou toque aqui para inserir o texto.</w:t>
            </w:r>
            <w:r w:rsidRPr="00997822">
              <w:br/>
            </w:r>
            <w:r w:rsidRPr="00997822">
              <w:br/>
            </w:r>
            <w:r w:rsidRPr="00997822">
              <w:br/>
            </w:r>
            <w:r w:rsidRPr="00997822">
              <w:br/>
            </w:r>
          </w:p>
        </w:tc>
      </w:tr>
    </w:tbl>
    <w:p w14:paraId="22EEA47F" w14:textId="77777777" w:rsidR="00755128" w:rsidRPr="00997822" w:rsidRDefault="00755128"/>
    <w:p w14:paraId="38296558" w14:textId="77777777" w:rsidR="009106BB" w:rsidRPr="00997822" w:rsidRDefault="009106BB"/>
    <w:p w14:paraId="2721A634" w14:textId="77777777" w:rsidR="00755128" w:rsidRPr="00997822" w:rsidRDefault="001C7F25">
      <w:pPr>
        <w:keepNext/>
        <w:spacing w:before="60" w:after="40"/>
      </w:pPr>
      <w:r w:rsidRPr="00997822">
        <w:t>3.7. Descreva o alinhamento da proposta às diretrizes institucionais do IDR-Paraná.</w:t>
      </w:r>
    </w:p>
    <w:tbl>
      <w:tblPr>
        <w:tblW w:w="0" w:type="auto"/>
        <w:jc w:val="center"/>
        <w:tblBorders>
          <w:top w:val="single" w:sz="6" w:space="0" w:color="C9D3DC"/>
          <w:left w:val="single" w:sz="6" w:space="0" w:color="C9D3DC"/>
          <w:bottom w:val="single" w:sz="6" w:space="0" w:color="C9D3DC"/>
          <w:right w:val="single" w:sz="6" w:space="0" w:color="C9D3DC"/>
          <w:insideH w:val="single" w:sz="6" w:space="0" w:color="C9D3DC"/>
          <w:insideV w:val="single" w:sz="6" w:space="0" w:color="C9D3D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6C084C77" w14:textId="77777777">
        <w:trPr>
          <w:cantSplit/>
          <w:jc w:val="center"/>
        </w:trPr>
        <w:tc>
          <w:tcPr>
            <w:tcW w:w="10036" w:type="dxa"/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F1EC6F" w14:textId="77777777" w:rsidR="00755128" w:rsidRPr="00997822" w:rsidRDefault="001C7F25">
            <w:pPr>
              <w:spacing w:after="0"/>
            </w:pPr>
            <w:r w:rsidRPr="00997822">
              <w:rPr>
                <w:i/>
                <w:color w:val="646E78"/>
              </w:rPr>
              <w:t>Clique ou toque aqui para inserir o texto.</w:t>
            </w:r>
            <w:r w:rsidRPr="00997822">
              <w:br/>
            </w:r>
            <w:r w:rsidRPr="00997822">
              <w:br/>
            </w:r>
            <w:r w:rsidRPr="00997822">
              <w:br/>
            </w:r>
            <w:r w:rsidRPr="00997822">
              <w:br/>
            </w:r>
          </w:p>
        </w:tc>
      </w:tr>
    </w:tbl>
    <w:p w14:paraId="156A71E3" w14:textId="77777777" w:rsidR="009106BB" w:rsidRPr="00997822" w:rsidRDefault="009106BB">
      <w:pPr>
        <w:keepNext/>
        <w:spacing w:before="60" w:after="40"/>
      </w:pPr>
    </w:p>
    <w:p w14:paraId="2F9FC04C" w14:textId="77777777" w:rsidR="00755128" w:rsidRPr="00997822" w:rsidRDefault="001C7F25">
      <w:pPr>
        <w:keepNext/>
        <w:spacing w:before="60" w:after="40"/>
      </w:pPr>
      <w:r w:rsidRPr="00997822">
        <w:t xml:space="preserve">3.8. Informe a atividade do IDR-Paraná </w:t>
      </w:r>
      <w:r w:rsidR="009106BB" w:rsidRPr="00997822">
        <w:t xml:space="preserve">ou o número do projeto no SEPAC, se houver, </w:t>
      </w:r>
      <w:r w:rsidRPr="00997822">
        <w:t>ao qual a publicação está vinculada.</w:t>
      </w:r>
    </w:p>
    <w:tbl>
      <w:tblPr>
        <w:tblW w:w="0" w:type="auto"/>
        <w:jc w:val="center"/>
        <w:tblBorders>
          <w:top w:val="single" w:sz="6" w:space="0" w:color="C9D3DC"/>
          <w:left w:val="single" w:sz="6" w:space="0" w:color="C9D3DC"/>
          <w:bottom w:val="single" w:sz="6" w:space="0" w:color="C9D3DC"/>
          <w:right w:val="single" w:sz="6" w:space="0" w:color="C9D3DC"/>
          <w:insideH w:val="single" w:sz="6" w:space="0" w:color="C9D3DC"/>
          <w:insideV w:val="single" w:sz="6" w:space="0" w:color="C9D3D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1E6D75E1" w14:textId="77777777">
        <w:trPr>
          <w:cantSplit/>
          <w:jc w:val="center"/>
        </w:trPr>
        <w:tc>
          <w:tcPr>
            <w:tcW w:w="10036" w:type="dxa"/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A0EB3E" w14:textId="77777777" w:rsidR="00755128" w:rsidRPr="00997822" w:rsidRDefault="001C7F25">
            <w:pPr>
              <w:spacing w:after="0"/>
            </w:pPr>
            <w:r w:rsidRPr="00997822">
              <w:rPr>
                <w:i/>
                <w:color w:val="646E78"/>
              </w:rPr>
              <w:t>Clique ou toque aqui para inserir o texto.</w:t>
            </w:r>
            <w:r w:rsidRPr="00997822">
              <w:br/>
            </w:r>
            <w:r w:rsidRPr="00997822">
              <w:br/>
            </w:r>
            <w:r w:rsidRPr="00997822">
              <w:br/>
            </w:r>
          </w:p>
        </w:tc>
      </w:tr>
    </w:tbl>
    <w:p w14:paraId="684FEFBC" w14:textId="77777777" w:rsidR="009106BB" w:rsidRPr="00997822" w:rsidRDefault="009106BB">
      <w:pPr>
        <w:keepNext/>
        <w:spacing w:before="60" w:after="40"/>
      </w:pPr>
    </w:p>
    <w:p w14:paraId="5DACE593" w14:textId="77777777" w:rsidR="00755128" w:rsidRPr="00997822" w:rsidRDefault="001C7F25">
      <w:pPr>
        <w:keepNext/>
        <w:spacing w:before="60" w:after="40"/>
      </w:pPr>
      <w:r w:rsidRPr="00997822">
        <w:t>3.9. Descreva a pertinência da publicação para o IDR-Paraná.</w:t>
      </w:r>
    </w:p>
    <w:tbl>
      <w:tblPr>
        <w:tblW w:w="0" w:type="auto"/>
        <w:jc w:val="center"/>
        <w:tblBorders>
          <w:top w:val="single" w:sz="6" w:space="0" w:color="C9D3DC"/>
          <w:left w:val="single" w:sz="6" w:space="0" w:color="C9D3DC"/>
          <w:bottom w:val="single" w:sz="6" w:space="0" w:color="C9D3DC"/>
          <w:right w:val="single" w:sz="6" w:space="0" w:color="C9D3DC"/>
          <w:insideH w:val="single" w:sz="6" w:space="0" w:color="C9D3DC"/>
          <w:insideV w:val="single" w:sz="6" w:space="0" w:color="C9D3D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309F8A35" w14:textId="77777777">
        <w:trPr>
          <w:cantSplit/>
          <w:jc w:val="center"/>
        </w:trPr>
        <w:tc>
          <w:tcPr>
            <w:tcW w:w="10036" w:type="dxa"/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F00FEB" w14:textId="77777777" w:rsidR="00755128" w:rsidRPr="00997822" w:rsidRDefault="001C7F25">
            <w:pPr>
              <w:spacing w:after="0"/>
            </w:pPr>
            <w:r w:rsidRPr="00997822">
              <w:rPr>
                <w:i/>
                <w:color w:val="646E78"/>
              </w:rPr>
              <w:t>Clique ou toque aqui para inserir o texto.</w:t>
            </w:r>
            <w:r w:rsidRPr="00997822">
              <w:br/>
            </w:r>
            <w:r w:rsidRPr="00997822">
              <w:br/>
            </w:r>
            <w:r w:rsidRPr="00997822">
              <w:br/>
            </w:r>
            <w:r w:rsidRPr="00997822">
              <w:br/>
            </w:r>
          </w:p>
        </w:tc>
      </w:tr>
    </w:tbl>
    <w:p w14:paraId="7385D2F1" w14:textId="77777777" w:rsidR="009106BB" w:rsidRPr="00997822" w:rsidRDefault="009106BB"/>
    <w:tbl>
      <w:tblPr>
        <w:tblW w:w="0" w:type="auto"/>
        <w:jc w:val="center"/>
        <w:tblBorders>
          <w:top w:val="single" w:sz="4" w:space="0" w:color="17395C"/>
          <w:left w:val="single" w:sz="4" w:space="0" w:color="17395C"/>
          <w:bottom w:val="single" w:sz="4" w:space="0" w:color="17395C"/>
          <w:right w:val="single" w:sz="4" w:space="0" w:color="17395C"/>
          <w:insideH w:val="single" w:sz="4" w:space="0" w:color="17395C"/>
          <w:insideV w:val="single" w:sz="4" w:space="0" w:color="17395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70F010F3" w14:textId="77777777">
        <w:trPr>
          <w:cantSplit/>
          <w:jc w:val="center"/>
        </w:trPr>
        <w:tc>
          <w:tcPr>
            <w:tcW w:w="10036" w:type="dxa"/>
            <w:shd w:val="clear" w:color="auto" w:fill="17395C"/>
            <w:tcMar>
              <w:top w:w="80" w:type="dxa"/>
              <w:left w:w="120" w:type="dxa"/>
              <w:bottom w:w="70" w:type="dxa"/>
              <w:right w:w="120" w:type="dxa"/>
            </w:tcMar>
          </w:tcPr>
          <w:p w14:paraId="6FFA5086" w14:textId="77777777" w:rsidR="00755128" w:rsidRPr="00997822" w:rsidRDefault="001C7F25">
            <w:pPr>
              <w:pStyle w:val="SectionBar"/>
              <w:spacing w:before="0" w:after="0"/>
              <w:rPr>
                <w:lang w:val="pt-BR"/>
              </w:rPr>
            </w:pPr>
            <w:r w:rsidRPr="00997822">
              <w:rPr>
                <w:lang w:val="pt-BR"/>
              </w:rPr>
              <w:t>4. ORIGEM, AUTORIZAÇÕES E ASPECTOS ÉTICOS</w:t>
            </w:r>
          </w:p>
        </w:tc>
      </w:tr>
    </w:tbl>
    <w:p w14:paraId="44C72640" w14:textId="77777777" w:rsidR="00F560AA" w:rsidRPr="00997822" w:rsidRDefault="00F560AA">
      <w:pPr>
        <w:keepNext/>
        <w:spacing w:before="60" w:after="40"/>
      </w:pPr>
    </w:p>
    <w:p w14:paraId="2713355A" w14:textId="77777777" w:rsidR="00755128" w:rsidRPr="00997822" w:rsidRDefault="001C7F25">
      <w:pPr>
        <w:keepNext/>
        <w:spacing w:before="60" w:after="40"/>
      </w:pPr>
      <w:r w:rsidRPr="00997822">
        <w:t>4.1. A publicação decorre de pesquisa sujeita a autorizações ou aprovações éticas, de biossegurança, de acesso ao patrimônio genético ou ao conhecimento tradicional associado?</w:t>
      </w:r>
    </w:p>
    <w:p w14:paraId="26F277D7" w14:textId="77777777" w:rsidR="00755128" w:rsidRPr="00997822" w:rsidRDefault="001C7F25">
      <w:pPr>
        <w:spacing w:after="60"/>
        <w:ind w:left="142"/>
      </w:pPr>
      <w:r w:rsidRPr="00997822">
        <w:t>( ) Sim     ( ) Não</w:t>
      </w:r>
    </w:p>
    <w:p w14:paraId="3EEC4B26" w14:textId="77777777" w:rsidR="00F560AA" w:rsidRPr="00997822" w:rsidRDefault="00F560AA">
      <w:pPr>
        <w:keepNext/>
        <w:spacing w:before="60" w:after="40"/>
      </w:pPr>
    </w:p>
    <w:p w14:paraId="0A0BB4B1" w14:textId="77777777" w:rsidR="00755128" w:rsidRPr="00997822" w:rsidRDefault="001C7F25">
      <w:pPr>
        <w:keepNext/>
        <w:spacing w:before="60" w:after="40"/>
      </w:pPr>
      <w:r w:rsidRPr="00997822">
        <w:t>4.2. Em caso afirmativo, indique quais autorizações ou aprovações são aplicáveis.</w:t>
      </w:r>
    </w:p>
    <w:tbl>
      <w:tblPr>
        <w:tblW w:w="0" w:type="auto"/>
        <w:jc w:val="center"/>
        <w:tblBorders>
          <w:top w:val="single" w:sz="6" w:space="0" w:color="C9D3DC"/>
          <w:left w:val="single" w:sz="6" w:space="0" w:color="C9D3DC"/>
          <w:bottom w:val="single" w:sz="6" w:space="0" w:color="C9D3DC"/>
          <w:right w:val="single" w:sz="6" w:space="0" w:color="C9D3DC"/>
          <w:insideH w:val="single" w:sz="6" w:space="0" w:color="C9D3DC"/>
          <w:insideV w:val="single" w:sz="6" w:space="0" w:color="C9D3D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21364776" w14:textId="77777777">
        <w:trPr>
          <w:cantSplit/>
          <w:jc w:val="center"/>
        </w:trPr>
        <w:tc>
          <w:tcPr>
            <w:tcW w:w="10036" w:type="dxa"/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1FB381" w14:textId="77777777" w:rsidR="00755128" w:rsidRPr="00997822" w:rsidRDefault="001C7F25">
            <w:pPr>
              <w:spacing w:after="0"/>
            </w:pPr>
            <w:r w:rsidRPr="00997822">
              <w:rPr>
                <w:i/>
                <w:color w:val="646E78"/>
              </w:rPr>
              <w:t>Clique ou toque aqui para inserir o texto.</w:t>
            </w:r>
            <w:r w:rsidRPr="00997822">
              <w:br/>
            </w:r>
            <w:r w:rsidRPr="00997822">
              <w:br/>
            </w:r>
            <w:r w:rsidRPr="00997822">
              <w:br/>
            </w:r>
          </w:p>
        </w:tc>
      </w:tr>
    </w:tbl>
    <w:p w14:paraId="3A604D6A" w14:textId="77777777" w:rsidR="00F560AA" w:rsidRPr="00997822" w:rsidRDefault="00F560AA">
      <w:pPr>
        <w:keepNext/>
        <w:spacing w:before="60" w:after="40"/>
      </w:pPr>
    </w:p>
    <w:p w14:paraId="1B86A34B" w14:textId="77777777" w:rsidR="00755128" w:rsidRPr="00997822" w:rsidRDefault="001C7F25">
      <w:pPr>
        <w:keepNext/>
        <w:spacing w:before="60" w:after="40"/>
      </w:pPr>
      <w:r w:rsidRPr="00997822">
        <w:t>4.3. A proposta utiliza conteúdos de terceiros que demandem autorização de uso, como fotografias, ilustrações, mapas, gráficos, tabelas, trechos de textos ou outros materiais?</w:t>
      </w:r>
    </w:p>
    <w:p w14:paraId="1733282D" w14:textId="77777777" w:rsidR="00755128" w:rsidRPr="00997822" w:rsidRDefault="001C7F25">
      <w:pPr>
        <w:spacing w:after="60"/>
        <w:ind w:left="142"/>
      </w:pPr>
      <w:r w:rsidRPr="00997822">
        <w:t>( ) Sim     ( ) Não</w:t>
      </w:r>
    </w:p>
    <w:p w14:paraId="2098F51B" w14:textId="77777777" w:rsidR="00F560AA" w:rsidRPr="00997822" w:rsidRDefault="00F560AA">
      <w:pPr>
        <w:keepNext/>
        <w:spacing w:before="60" w:after="40"/>
      </w:pPr>
    </w:p>
    <w:p w14:paraId="26FFCD79" w14:textId="77777777" w:rsidR="00755128" w:rsidRPr="00997822" w:rsidRDefault="001C7F25">
      <w:pPr>
        <w:keepNext/>
        <w:spacing w:before="60" w:after="40"/>
      </w:pPr>
      <w:r w:rsidRPr="00997822">
        <w:t>4.4. Em caso afirmativo, liste os conteúdos de terceiros e informe a situação das respectivas autorizações.</w:t>
      </w:r>
    </w:p>
    <w:tbl>
      <w:tblPr>
        <w:tblW w:w="0" w:type="auto"/>
        <w:jc w:val="center"/>
        <w:tblBorders>
          <w:top w:val="single" w:sz="6" w:space="0" w:color="C9D3DC"/>
          <w:left w:val="single" w:sz="6" w:space="0" w:color="C9D3DC"/>
          <w:bottom w:val="single" w:sz="6" w:space="0" w:color="C9D3DC"/>
          <w:right w:val="single" w:sz="6" w:space="0" w:color="C9D3DC"/>
          <w:insideH w:val="single" w:sz="6" w:space="0" w:color="C9D3DC"/>
          <w:insideV w:val="single" w:sz="6" w:space="0" w:color="C9D3D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797837F2" w14:textId="77777777">
        <w:trPr>
          <w:cantSplit/>
          <w:jc w:val="center"/>
        </w:trPr>
        <w:tc>
          <w:tcPr>
            <w:tcW w:w="10036" w:type="dxa"/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7A6B6E" w14:textId="77777777" w:rsidR="00755128" w:rsidRPr="00997822" w:rsidRDefault="001C7F25">
            <w:pPr>
              <w:spacing w:after="0"/>
            </w:pPr>
            <w:r w:rsidRPr="00997822">
              <w:rPr>
                <w:i/>
                <w:color w:val="646E78"/>
              </w:rPr>
              <w:t>Clique ou toque aqui para inserir o texto.</w:t>
            </w:r>
            <w:r w:rsidRPr="00997822">
              <w:br/>
            </w:r>
            <w:r w:rsidRPr="00997822">
              <w:br/>
            </w:r>
            <w:r w:rsidRPr="00997822">
              <w:br/>
            </w:r>
            <w:r w:rsidRPr="00997822">
              <w:br/>
            </w:r>
          </w:p>
        </w:tc>
      </w:tr>
    </w:tbl>
    <w:p w14:paraId="140728B7" w14:textId="77777777" w:rsidR="00F560AA" w:rsidRPr="00997822" w:rsidRDefault="00F560AA">
      <w:pPr>
        <w:spacing w:before="100"/>
        <w:rPr>
          <w:b/>
        </w:rPr>
      </w:pPr>
    </w:p>
    <w:p w14:paraId="71B1BA3C" w14:textId="77777777" w:rsidR="00F560AA" w:rsidRPr="00997822" w:rsidRDefault="00F560AA"/>
    <w:tbl>
      <w:tblPr>
        <w:tblW w:w="0" w:type="auto"/>
        <w:jc w:val="center"/>
        <w:tblBorders>
          <w:top w:val="single" w:sz="4" w:space="0" w:color="17395C"/>
          <w:left w:val="single" w:sz="4" w:space="0" w:color="17395C"/>
          <w:bottom w:val="single" w:sz="4" w:space="0" w:color="17395C"/>
          <w:right w:val="single" w:sz="4" w:space="0" w:color="17395C"/>
          <w:insideH w:val="single" w:sz="4" w:space="0" w:color="17395C"/>
          <w:insideV w:val="single" w:sz="4" w:space="0" w:color="17395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77393AB5" w14:textId="77777777">
        <w:trPr>
          <w:cantSplit/>
          <w:jc w:val="center"/>
        </w:trPr>
        <w:tc>
          <w:tcPr>
            <w:tcW w:w="10036" w:type="dxa"/>
            <w:shd w:val="clear" w:color="auto" w:fill="17395C"/>
            <w:tcMar>
              <w:top w:w="80" w:type="dxa"/>
              <w:left w:w="120" w:type="dxa"/>
              <w:bottom w:w="70" w:type="dxa"/>
              <w:right w:w="120" w:type="dxa"/>
            </w:tcMar>
          </w:tcPr>
          <w:p w14:paraId="4A42941F" w14:textId="77777777" w:rsidR="00755128" w:rsidRPr="00997822" w:rsidRDefault="001C7F25">
            <w:pPr>
              <w:pStyle w:val="SectionBar"/>
              <w:spacing w:before="0" w:after="0"/>
              <w:rPr>
                <w:lang w:val="pt-BR"/>
              </w:rPr>
            </w:pPr>
            <w:r w:rsidRPr="00997822">
              <w:rPr>
                <w:lang w:val="pt-BR"/>
              </w:rPr>
              <w:t>5. DIMENSIONAMENTO E CRONOGRAMA</w:t>
            </w:r>
          </w:p>
        </w:tc>
      </w:tr>
    </w:tbl>
    <w:p w14:paraId="698E1C99" w14:textId="77777777" w:rsidR="00BE1445" w:rsidRPr="00997822" w:rsidRDefault="00BE1445">
      <w:pPr>
        <w:keepNext/>
        <w:spacing w:before="60" w:after="40"/>
      </w:pPr>
    </w:p>
    <w:p w14:paraId="0BEC1AB0" w14:textId="77777777" w:rsidR="00755128" w:rsidRPr="00997822" w:rsidRDefault="001C7F25">
      <w:pPr>
        <w:keepNext/>
        <w:spacing w:before="60" w:after="40"/>
      </w:pPr>
      <w:r w:rsidRPr="00997822">
        <w:t>5.1. Número estimado de páginas.</w:t>
      </w:r>
    </w:p>
    <w:tbl>
      <w:tblPr>
        <w:tblW w:w="0" w:type="auto"/>
        <w:jc w:val="center"/>
        <w:tblBorders>
          <w:top w:val="single" w:sz="6" w:space="0" w:color="C9D3DC"/>
          <w:left w:val="single" w:sz="6" w:space="0" w:color="C9D3DC"/>
          <w:bottom w:val="single" w:sz="6" w:space="0" w:color="C9D3DC"/>
          <w:right w:val="single" w:sz="6" w:space="0" w:color="C9D3DC"/>
          <w:insideH w:val="single" w:sz="6" w:space="0" w:color="C9D3DC"/>
          <w:insideV w:val="single" w:sz="6" w:space="0" w:color="C9D3D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56822761" w14:textId="77777777">
        <w:trPr>
          <w:cantSplit/>
          <w:jc w:val="center"/>
        </w:trPr>
        <w:tc>
          <w:tcPr>
            <w:tcW w:w="10036" w:type="dxa"/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C88423" w14:textId="77777777" w:rsidR="00755128" w:rsidRPr="00997822" w:rsidRDefault="001C7F25">
            <w:pPr>
              <w:spacing w:after="0"/>
            </w:pPr>
            <w:r w:rsidRPr="00997822">
              <w:rPr>
                <w:i/>
                <w:color w:val="646E78"/>
              </w:rPr>
              <w:t>Clique ou toque aqui para inserir o texto.</w:t>
            </w:r>
          </w:p>
        </w:tc>
      </w:tr>
    </w:tbl>
    <w:p w14:paraId="5A2D8708" w14:textId="77777777" w:rsidR="00BE1445" w:rsidRPr="00997822" w:rsidRDefault="00BE1445">
      <w:pPr>
        <w:keepNext/>
        <w:spacing w:before="60" w:after="40"/>
      </w:pPr>
    </w:p>
    <w:p w14:paraId="1FA23319" w14:textId="77777777" w:rsidR="00755128" w:rsidRPr="00997822" w:rsidRDefault="001C7F25">
      <w:pPr>
        <w:keepNext/>
        <w:spacing w:before="60" w:after="40"/>
      </w:pPr>
      <w:r w:rsidRPr="00997822">
        <w:t>5.2. Número estimado de figuras.</w:t>
      </w:r>
    </w:p>
    <w:tbl>
      <w:tblPr>
        <w:tblW w:w="0" w:type="auto"/>
        <w:jc w:val="center"/>
        <w:tblBorders>
          <w:top w:val="single" w:sz="6" w:space="0" w:color="C9D3DC"/>
          <w:left w:val="single" w:sz="6" w:space="0" w:color="C9D3DC"/>
          <w:bottom w:val="single" w:sz="6" w:space="0" w:color="C9D3DC"/>
          <w:right w:val="single" w:sz="6" w:space="0" w:color="C9D3DC"/>
          <w:insideH w:val="single" w:sz="6" w:space="0" w:color="C9D3DC"/>
          <w:insideV w:val="single" w:sz="6" w:space="0" w:color="C9D3D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04872EEF" w14:textId="77777777">
        <w:trPr>
          <w:cantSplit/>
          <w:jc w:val="center"/>
        </w:trPr>
        <w:tc>
          <w:tcPr>
            <w:tcW w:w="10036" w:type="dxa"/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C8EFCDB" w14:textId="77777777" w:rsidR="00755128" w:rsidRPr="00997822" w:rsidRDefault="001C7F25">
            <w:pPr>
              <w:spacing w:after="0"/>
            </w:pPr>
            <w:r w:rsidRPr="00997822">
              <w:rPr>
                <w:i/>
                <w:color w:val="646E78"/>
              </w:rPr>
              <w:t>Clique ou toque aqui para inserir o texto.</w:t>
            </w:r>
          </w:p>
        </w:tc>
      </w:tr>
    </w:tbl>
    <w:p w14:paraId="51204457" w14:textId="77777777" w:rsidR="00BE1445" w:rsidRPr="00997822" w:rsidRDefault="00BE1445">
      <w:pPr>
        <w:keepNext/>
        <w:spacing w:before="60" w:after="40"/>
      </w:pPr>
    </w:p>
    <w:p w14:paraId="5DEA9C50" w14:textId="77777777" w:rsidR="00755128" w:rsidRPr="00997822" w:rsidRDefault="001C7F25">
      <w:pPr>
        <w:keepNext/>
        <w:spacing w:before="60" w:after="40"/>
      </w:pPr>
      <w:r w:rsidRPr="00997822">
        <w:t>5.3. Número estimado de tabelas.</w:t>
      </w:r>
    </w:p>
    <w:tbl>
      <w:tblPr>
        <w:tblW w:w="0" w:type="auto"/>
        <w:jc w:val="center"/>
        <w:tblBorders>
          <w:top w:val="single" w:sz="6" w:space="0" w:color="C9D3DC"/>
          <w:left w:val="single" w:sz="6" w:space="0" w:color="C9D3DC"/>
          <w:bottom w:val="single" w:sz="6" w:space="0" w:color="C9D3DC"/>
          <w:right w:val="single" w:sz="6" w:space="0" w:color="C9D3DC"/>
          <w:insideH w:val="single" w:sz="6" w:space="0" w:color="C9D3DC"/>
          <w:insideV w:val="single" w:sz="6" w:space="0" w:color="C9D3D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7CC38245" w14:textId="77777777">
        <w:trPr>
          <w:cantSplit/>
          <w:jc w:val="center"/>
        </w:trPr>
        <w:tc>
          <w:tcPr>
            <w:tcW w:w="10036" w:type="dxa"/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7B99AF" w14:textId="77777777" w:rsidR="00755128" w:rsidRPr="00997822" w:rsidRDefault="001C7F25">
            <w:pPr>
              <w:spacing w:after="0"/>
            </w:pPr>
            <w:r w:rsidRPr="00997822">
              <w:rPr>
                <w:i/>
                <w:color w:val="646E78"/>
              </w:rPr>
              <w:t>Clique ou toque aqui para inserir o texto.</w:t>
            </w:r>
          </w:p>
        </w:tc>
      </w:tr>
    </w:tbl>
    <w:p w14:paraId="73699E01" w14:textId="77777777" w:rsidR="00BE1445" w:rsidRPr="00997822" w:rsidRDefault="00BE1445">
      <w:pPr>
        <w:keepNext/>
        <w:spacing w:before="60" w:after="40"/>
      </w:pPr>
    </w:p>
    <w:p w14:paraId="35DF7FD4" w14:textId="77777777" w:rsidR="00755128" w:rsidRPr="00997822" w:rsidRDefault="001C7F25">
      <w:pPr>
        <w:keepNext/>
        <w:spacing w:before="60" w:after="40"/>
      </w:pPr>
      <w:r w:rsidRPr="00997822">
        <w:t>5.4. Prazo para entrega dos originais (limite até 31/05/2027).</w:t>
      </w:r>
    </w:p>
    <w:tbl>
      <w:tblPr>
        <w:tblW w:w="0" w:type="auto"/>
        <w:jc w:val="center"/>
        <w:tblBorders>
          <w:top w:val="single" w:sz="6" w:space="0" w:color="C9D3DC"/>
          <w:left w:val="single" w:sz="6" w:space="0" w:color="C9D3DC"/>
          <w:bottom w:val="single" w:sz="6" w:space="0" w:color="C9D3DC"/>
          <w:right w:val="single" w:sz="6" w:space="0" w:color="C9D3DC"/>
          <w:insideH w:val="single" w:sz="6" w:space="0" w:color="C9D3DC"/>
          <w:insideV w:val="single" w:sz="6" w:space="0" w:color="C9D3D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2790862E" w14:textId="77777777">
        <w:trPr>
          <w:cantSplit/>
          <w:jc w:val="center"/>
        </w:trPr>
        <w:tc>
          <w:tcPr>
            <w:tcW w:w="10036" w:type="dxa"/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37BE68" w14:textId="77777777" w:rsidR="00755128" w:rsidRPr="00997822" w:rsidRDefault="001C7F25">
            <w:pPr>
              <w:spacing w:after="0"/>
            </w:pPr>
            <w:r w:rsidRPr="00997822">
              <w:rPr>
                <w:i/>
                <w:color w:val="646E78"/>
              </w:rPr>
              <w:t>Clique ou toque aqui para inserir o texto.</w:t>
            </w:r>
          </w:p>
        </w:tc>
      </w:tr>
    </w:tbl>
    <w:p w14:paraId="6E7869DA" w14:textId="77777777" w:rsidR="00755128" w:rsidRPr="00997822" w:rsidRDefault="00755128"/>
    <w:p w14:paraId="1C81B38D" w14:textId="77777777" w:rsidR="00755128" w:rsidRPr="00997822" w:rsidRDefault="001C7F25">
      <w:pPr>
        <w:keepNext/>
        <w:spacing w:before="60" w:after="40"/>
      </w:pPr>
      <w:r w:rsidRPr="00997822">
        <w:t>5.5. Estágio de desenvolvimento do trabalho.</w:t>
      </w:r>
    </w:p>
    <w:p w14:paraId="36D1FCAB" w14:textId="77777777" w:rsidR="00755128" w:rsidRPr="00997822" w:rsidRDefault="001C7F25">
      <w:pPr>
        <w:spacing w:after="60"/>
        <w:ind w:left="142"/>
      </w:pPr>
      <w:r w:rsidRPr="00997822">
        <w:t>( ) Não iniciado     ( ) Em elaboração     ( ) Parcialmente concluído     ( ) Original concluído</w:t>
      </w:r>
    </w:p>
    <w:p w14:paraId="30D6FACC" w14:textId="77777777" w:rsidR="00F560AA" w:rsidRPr="00997822" w:rsidRDefault="00F560AA">
      <w:pPr>
        <w:keepNext/>
        <w:spacing w:before="60" w:after="40"/>
      </w:pPr>
    </w:p>
    <w:p w14:paraId="4260334F" w14:textId="77777777" w:rsidR="00755128" w:rsidRPr="00997822" w:rsidRDefault="001C7F25">
      <w:pPr>
        <w:keepNext/>
        <w:spacing w:before="60" w:after="40"/>
      </w:pPr>
      <w:r w:rsidRPr="00997822">
        <w:t>5.6. Há previsão de versão impressa?</w:t>
      </w:r>
    </w:p>
    <w:p w14:paraId="7F9D374F" w14:textId="77777777" w:rsidR="00755128" w:rsidRPr="00997822" w:rsidRDefault="001C7F25">
      <w:pPr>
        <w:spacing w:after="60"/>
        <w:ind w:left="142"/>
      </w:pPr>
      <w:r w:rsidRPr="00997822">
        <w:t>( ) Sim     ( ) Não     ( ) A definir</w:t>
      </w:r>
    </w:p>
    <w:p w14:paraId="4D5FDB31" w14:textId="77777777" w:rsidR="00F560AA" w:rsidRPr="00997822" w:rsidRDefault="00F560AA">
      <w:pPr>
        <w:keepNext/>
        <w:spacing w:before="60" w:after="40"/>
      </w:pPr>
    </w:p>
    <w:p w14:paraId="7168CCA0" w14:textId="77777777" w:rsidR="00755128" w:rsidRPr="00997822" w:rsidRDefault="001C7F25">
      <w:pPr>
        <w:keepNext/>
        <w:spacing w:before="60" w:after="40"/>
      </w:pPr>
      <w:r w:rsidRPr="00997822">
        <w:t xml:space="preserve">5.7. Se houver, informe </w:t>
      </w:r>
      <w:r w:rsidR="00FA7FA3" w:rsidRPr="00997822">
        <w:t xml:space="preserve">a </w:t>
      </w:r>
      <w:r w:rsidRPr="00997822">
        <w:t>tiragem estimada, a origem dos recursos, a previsão de distribuição e a justificativa.</w:t>
      </w:r>
    </w:p>
    <w:tbl>
      <w:tblPr>
        <w:tblW w:w="0" w:type="auto"/>
        <w:jc w:val="center"/>
        <w:tblBorders>
          <w:top w:val="single" w:sz="6" w:space="0" w:color="C9D3DC"/>
          <w:left w:val="single" w:sz="6" w:space="0" w:color="C9D3DC"/>
          <w:bottom w:val="single" w:sz="6" w:space="0" w:color="C9D3DC"/>
          <w:right w:val="single" w:sz="6" w:space="0" w:color="C9D3DC"/>
          <w:insideH w:val="single" w:sz="6" w:space="0" w:color="C9D3DC"/>
          <w:insideV w:val="single" w:sz="6" w:space="0" w:color="C9D3D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11AB104C" w14:textId="77777777">
        <w:trPr>
          <w:cantSplit/>
          <w:jc w:val="center"/>
        </w:trPr>
        <w:tc>
          <w:tcPr>
            <w:tcW w:w="10036" w:type="dxa"/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7F108E" w14:textId="77777777" w:rsidR="00755128" w:rsidRPr="00997822" w:rsidRDefault="001C7F25">
            <w:pPr>
              <w:spacing w:after="0"/>
            </w:pPr>
            <w:r w:rsidRPr="00997822">
              <w:rPr>
                <w:i/>
                <w:color w:val="646E78"/>
              </w:rPr>
              <w:t>Clique ou toque aqui para inserir o texto.</w:t>
            </w:r>
            <w:r w:rsidRPr="00997822">
              <w:br/>
            </w:r>
            <w:r w:rsidRPr="00997822">
              <w:br/>
            </w:r>
            <w:r w:rsidRPr="00997822">
              <w:br/>
            </w:r>
            <w:r w:rsidRPr="00997822">
              <w:br/>
            </w:r>
            <w:r w:rsidRPr="00997822">
              <w:br/>
            </w:r>
          </w:p>
        </w:tc>
      </w:tr>
    </w:tbl>
    <w:p w14:paraId="6A9CFEFC" w14:textId="77777777" w:rsidR="00F560AA" w:rsidRPr="00997822" w:rsidRDefault="00F560AA"/>
    <w:tbl>
      <w:tblPr>
        <w:tblW w:w="0" w:type="auto"/>
        <w:jc w:val="center"/>
        <w:tblBorders>
          <w:top w:val="single" w:sz="4" w:space="0" w:color="17395C"/>
          <w:left w:val="single" w:sz="4" w:space="0" w:color="17395C"/>
          <w:bottom w:val="single" w:sz="4" w:space="0" w:color="17395C"/>
          <w:right w:val="single" w:sz="4" w:space="0" w:color="17395C"/>
          <w:insideH w:val="single" w:sz="4" w:space="0" w:color="17395C"/>
          <w:insideV w:val="single" w:sz="4" w:space="0" w:color="17395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22C92E45" w14:textId="77777777">
        <w:trPr>
          <w:cantSplit/>
          <w:jc w:val="center"/>
        </w:trPr>
        <w:tc>
          <w:tcPr>
            <w:tcW w:w="10036" w:type="dxa"/>
            <w:shd w:val="clear" w:color="auto" w:fill="17395C"/>
            <w:tcMar>
              <w:top w:w="80" w:type="dxa"/>
              <w:left w:w="120" w:type="dxa"/>
              <w:bottom w:w="70" w:type="dxa"/>
              <w:right w:w="120" w:type="dxa"/>
            </w:tcMar>
          </w:tcPr>
          <w:p w14:paraId="23EEFF69" w14:textId="77777777" w:rsidR="00755128" w:rsidRPr="00997822" w:rsidRDefault="001C7F25">
            <w:pPr>
              <w:pStyle w:val="SectionBar"/>
              <w:spacing w:before="0" w:after="0"/>
              <w:rPr>
                <w:lang w:val="pt-BR"/>
              </w:rPr>
            </w:pPr>
            <w:r w:rsidRPr="00997822">
              <w:rPr>
                <w:lang w:val="pt-BR"/>
              </w:rPr>
              <w:t>6. PARCERIAS E APOIO</w:t>
            </w:r>
          </w:p>
        </w:tc>
      </w:tr>
    </w:tbl>
    <w:p w14:paraId="1B00DFB7" w14:textId="77777777" w:rsidR="00F560AA" w:rsidRPr="00997822" w:rsidRDefault="00F560AA">
      <w:pPr>
        <w:keepNext/>
        <w:spacing w:before="60" w:after="40"/>
      </w:pPr>
    </w:p>
    <w:p w14:paraId="0B93305F" w14:textId="77777777" w:rsidR="00755128" w:rsidRPr="00997822" w:rsidRDefault="001C7F25">
      <w:pPr>
        <w:keepNext/>
        <w:spacing w:before="60" w:after="40"/>
      </w:pPr>
      <w:r w:rsidRPr="00997822">
        <w:t>6.1. A publicação envolve parceria ou coedição com outra instituição/editora?</w:t>
      </w:r>
    </w:p>
    <w:p w14:paraId="28B36B87" w14:textId="77777777" w:rsidR="00755128" w:rsidRPr="00997822" w:rsidRDefault="001C7F25">
      <w:pPr>
        <w:spacing w:after="60"/>
        <w:ind w:left="142"/>
      </w:pPr>
      <w:r w:rsidRPr="00997822">
        <w:t>( ) Sim     ( ) Não</w:t>
      </w:r>
    </w:p>
    <w:p w14:paraId="0630EAAB" w14:textId="77777777" w:rsidR="00F560AA" w:rsidRPr="00997822" w:rsidRDefault="00F560AA">
      <w:pPr>
        <w:keepNext/>
        <w:spacing w:before="60" w:after="40"/>
      </w:pPr>
    </w:p>
    <w:p w14:paraId="1DA766AF" w14:textId="77777777" w:rsidR="00755128" w:rsidRPr="00997822" w:rsidRDefault="001C7F25">
      <w:pPr>
        <w:keepNext/>
        <w:spacing w:before="60" w:after="40"/>
      </w:pPr>
      <w:r w:rsidRPr="00997822">
        <w:t>6.2. Em caso afirmativo, informe a instituição e a natureza da parceria.</w:t>
      </w:r>
    </w:p>
    <w:tbl>
      <w:tblPr>
        <w:tblW w:w="0" w:type="auto"/>
        <w:jc w:val="center"/>
        <w:tblBorders>
          <w:top w:val="single" w:sz="6" w:space="0" w:color="C9D3DC"/>
          <w:left w:val="single" w:sz="6" w:space="0" w:color="C9D3DC"/>
          <w:bottom w:val="single" w:sz="6" w:space="0" w:color="C9D3DC"/>
          <w:right w:val="single" w:sz="6" w:space="0" w:color="C9D3DC"/>
          <w:insideH w:val="single" w:sz="6" w:space="0" w:color="C9D3DC"/>
          <w:insideV w:val="single" w:sz="6" w:space="0" w:color="C9D3D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39460613" w14:textId="77777777">
        <w:trPr>
          <w:cantSplit/>
          <w:jc w:val="center"/>
        </w:trPr>
        <w:tc>
          <w:tcPr>
            <w:tcW w:w="10036" w:type="dxa"/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1B02C5" w14:textId="77777777" w:rsidR="00755128" w:rsidRPr="00997822" w:rsidRDefault="001C7F25">
            <w:pPr>
              <w:spacing w:after="0"/>
            </w:pPr>
            <w:r w:rsidRPr="00997822">
              <w:rPr>
                <w:i/>
                <w:color w:val="646E78"/>
              </w:rPr>
              <w:t>Clique ou toque aqui para inserir o texto.</w:t>
            </w:r>
            <w:r w:rsidRPr="00997822">
              <w:br/>
            </w:r>
            <w:r w:rsidRPr="00997822">
              <w:br/>
            </w:r>
            <w:r w:rsidRPr="00997822">
              <w:br/>
            </w:r>
          </w:p>
        </w:tc>
      </w:tr>
    </w:tbl>
    <w:p w14:paraId="4E63DDD2" w14:textId="77777777" w:rsidR="00F560AA" w:rsidRPr="00997822" w:rsidRDefault="00F560AA">
      <w:pPr>
        <w:keepNext/>
        <w:spacing w:before="60" w:after="40"/>
      </w:pPr>
    </w:p>
    <w:p w14:paraId="68418FBD" w14:textId="77777777" w:rsidR="00755128" w:rsidRPr="00997822" w:rsidRDefault="001C7F25">
      <w:pPr>
        <w:keepNext/>
        <w:spacing w:before="60" w:after="40"/>
      </w:pPr>
      <w:r w:rsidRPr="00997822">
        <w:t>6.3. A publicação contará com apoio financeiro específico?</w:t>
      </w:r>
    </w:p>
    <w:p w14:paraId="36342652" w14:textId="77777777" w:rsidR="00755128" w:rsidRPr="00997822" w:rsidRDefault="001C7F25">
      <w:pPr>
        <w:spacing w:after="60"/>
        <w:ind w:left="142"/>
      </w:pPr>
      <w:r w:rsidRPr="00997822">
        <w:t>( ) Sim     ( ) Não</w:t>
      </w:r>
    </w:p>
    <w:p w14:paraId="09AED768" w14:textId="77777777" w:rsidR="00F560AA" w:rsidRPr="00997822" w:rsidRDefault="00F560AA">
      <w:pPr>
        <w:keepNext/>
        <w:spacing w:before="60" w:after="40"/>
      </w:pPr>
    </w:p>
    <w:p w14:paraId="138A6C6D" w14:textId="77777777" w:rsidR="00755128" w:rsidRPr="00997822" w:rsidRDefault="001C7F25">
      <w:pPr>
        <w:keepNext/>
        <w:spacing w:before="60" w:after="40"/>
      </w:pPr>
      <w:r w:rsidRPr="00997822">
        <w:t>6.4. Em caso afirmativo, informe a fonte de recursos e demais dados disponíveis.</w:t>
      </w:r>
    </w:p>
    <w:tbl>
      <w:tblPr>
        <w:tblW w:w="0" w:type="auto"/>
        <w:jc w:val="center"/>
        <w:tblBorders>
          <w:top w:val="single" w:sz="6" w:space="0" w:color="C9D3DC"/>
          <w:left w:val="single" w:sz="6" w:space="0" w:color="C9D3DC"/>
          <w:bottom w:val="single" w:sz="6" w:space="0" w:color="C9D3DC"/>
          <w:right w:val="single" w:sz="6" w:space="0" w:color="C9D3DC"/>
          <w:insideH w:val="single" w:sz="6" w:space="0" w:color="C9D3DC"/>
          <w:insideV w:val="single" w:sz="6" w:space="0" w:color="C9D3D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64BB14C6" w14:textId="77777777">
        <w:trPr>
          <w:cantSplit/>
          <w:jc w:val="center"/>
        </w:trPr>
        <w:tc>
          <w:tcPr>
            <w:tcW w:w="10036" w:type="dxa"/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06E5B8D" w14:textId="77777777" w:rsidR="00755128" w:rsidRPr="00997822" w:rsidRDefault="001C7F25">
            <w:pPr>
              <w:spacing w:after="0"/>
            </w:pPr>
            <w:r w:rsidRPr="00997822">
              <w:rPr>
                <w:i/>
                <w:color w:val="646E78"/>
              </w:rPr>
              <w:t>Clique ou toque aqui para inserir o texto.</w:t>
            </w:r>
            <w:r w:rsidRPr="00997822">
              <w:br/>
            </w:r>
            <w:r w:rsidRPr="00997822">
              <w:br/>
            </w:r>
            <w:r w:rsidRPr="00997822">
              <w:br/>
            </w:r>
          </w:p>
        </w:tc>
      </w:tr>
    </w:tbl>
    <w:p w14:paraId="7818E6FD" w14:textId="77777777" w:rsidR="00F560AA" w:rsidRPr="00997822" w:rsidRDefault="00F560AA"/>
    <w:p w14:paraId="6E6269CC" w14:textId="77777777" w:rsidR="00F560AA" w:rsidRPr="00997822" w:rsidRDefault="00F560AA"/>
    <w:tbl>
      <w:tblPr>
        <w:tblW w:w="0" w:type="auto"/>
        <w:jc w:val="center"/>
        <w:tblBorders>
          <w:top w:val="single" w:sz="4" w:space="0" w:color="17395C"/>
          <w:left w:val="single" w:sz="4" w:space="0" w:color="17395C"/>
          <w:bottom w:val="single" w:sz="4" w:space="0" w:color="17395C"/>
          <w:right w:val="single" w:sz="4" w:space="0" w:color="17395C"/>
          <w:insideH w:val="single" w:sz="4" w:space="0" w:color="17395C"/>
          <w:insideV w:val="single" w:sz="4" w:space="0" w:color="17395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1BEC439B" w14:textId="77777777">
        <w:trPr>
          <w:cantSplit/>
          <w:jc w:val="center"/>
        </w:trPr>
        <w:tc>
          <w:tcPr>
            <w:tcW w:w="10036" w:type="dxa"/>
            <w:shd w:val="clear" w:color="auto" w:fill="17395C"/>
            <w:tcMar>
              <w:top w:w="80" w:type="dxa"/>
              <w:left w:w="120" w:type="dxa"/>
              <w:bottom w:w="70" w:type="dxa"/>
              <w:right w:w="120" w:type="dxa"/>
            </w:tcMar>
          </w:tcPr>
          <w:p w14:paraId="5081BAE8" w14:textId="77777777" w:rsidR="00755128" w:rsidRPr="00997822" w:rsidRDefault="001C7F25">
            <w:pPr>
              <w:pStyle w:val="SectionBar"/>
              <w:spacing w:before="0" w:after="0"/>
              <w:rPr>
                <w:lang w:val="pt-BR"/>
              </w:rPr>
            </w:pPr>
            <w:r w:rsidRPr="00997822">
              <w:rPr>
                <w:lang w:val="pt-BR"/>
              </w:rPr>
              <w:t>7. POTENCIAIS PARECERISTAS</w:t>
            </w:r>
          </w:p>
        </w:tc>
      </w:tr>
    </w:tbl>
    <w:p w14:paraId="51EA454F" w14:textId="77777777" w:rsidR="00F560AA" w:rsidRPr="00997822" w:rsidRDefault="00F560AA">
      <w:pPr>
        <w:keepNext/>
        <w:spacing w:before="60" w:after="40"/>
      </w:pPr>
    </w:p>
    <w:p w14:paraId="2371C3CA" w14:textId="77777777" w:rsidR="00755128" w:rsidRPr="00997822" w:rsidRDefault="001C7F25">
      <w:pPr>
        <w:keepNext/>
        <w:spacing w:before="60" w:after="40"/>
      </w:pPr>
      <w:r w:rsidRPr="00997822">
        <w:t>7.1. Liste até 3 potenciais pareceristas, informando nome, instituição e contato.</w:t>
      </w:r>
    </w:p>
    <w:tbl>
      <w:tblPr>
        <w:tblW w:w="0" w:type="auto"/>
        <w:jc w:val="center"/>
        <w:tblBorders>
          <w:top w:val="single" w:sz="6" w:space="0" w:color="C9D3DC"/>
          <w:left w:val="single" w:sz="6" w:space="0" w:color="C9D3DC"/>
          <w:bottom w:val="single" w:sz="6" w:space="0" w:color="C9D3DC"/>
          <w:right w:val="single" w:sz="6" w:space="0" w:color="C9D3DC"/>
          <w:insideH w:val="single" w:sz="6" w:space="0" w:color="C9D3DC"/>
          <w:insideV w:val="single" w:sz="6" w:space="0" w:color="C9D3DC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268"/>
        <w:gridCol w:w="2438"/>
        <w:gridCol w:w="2665"/>
      </w:tblGrid>
      <w:tr w:rsidR="00755128" w:rsidRPr="00997822" w14:paraId="499550F5" w14:textId="77777777">
        <w:trPr>
          <w:cantSplit/>
          <w:tblHeader/>
          <w:jc w:val="center"/>
        </w:trPr>
        <w:tc>
          <w:tcPr>
            <w:tcW w:w="2268" w:type="dxa"/>
            <w:shd w:val="clear" w:color="auto" w:fill="17395C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5E70D8EC" w14:textId="77777777" w:rsidR="00755128" w:rsidRPr="00997822" w:rsidRDefault="001C7F25">
            <w:pPr>
              <w:spacing w:after="0"/>
              <w:jc w:val="center"/>
            </w:pPr>
            <w:r w:rsidRPr="00997822">
              <w:rPr>
                <w:b/>
                <w:color w:val="FFFFFF"/>
                <w:sz w:val="16"/>
              </w:rPr>
              <w:t>Nome</w:t>
            </w:r>
          </w:p>
        </w:tc>
        <w:tc>
          <w:tcPr>
            <w:tcW w:w="2268" w:type="dxa"/>
            <w:shd w:val="clear" w:color="auto" w:fill="17395C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2A3ECCF2" w14:textId="77777777" w:rsidR="00755128" w:rsidRPr="00997822" w:rsidRDefault="001C7F25">
            <w:pPr>
              <w:spacing w:after="0"/>
              <w:jc w:val="center"/>
            </w:pPr>
            <w:r w:rsidRPr="00997822">
              <w:rPr>
                <w:b/>
                <w:color w:val="FFFFFF"/>
                <w:sz w:val="16"/>
              </w:rPr>
              <w:t>Instituição</w:t>
            </w:r>
          </w:p>
        </w:tc>
        <w:tc>
          <w:tcPr>
            <w:tcW w:w="2438" w:type="dxa"/>
            <w:shd w:val="clear" w:color="auto" w:fill="17395C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46493961" w14:textId="77777777" w:rsidR="00755128" w:rsidRPr="00997822" w:rsidRDefault="001C7F25">
            <w:pPr>
              <w:spacing w:after="0"/>
              <w:jc w:val="center"/>
            </w:pPr>
            <w:r w:rsidRPr="00997822">
              <w:rPr>
                <w:b/>
                <w:color w:val="FFFFFF"/>
                <w:sz w:val="16"/>
              </w:rPr>
              <w:t>Área de especialidade</w:t>
            </w:r>
          </w:p>
        </w:tc>
        <w:tc>
          <w:tcPr>
            <w:tcW w:w="2665" w:type="dxa"/>
            <w:shd w:val="clear" w:color="auto" w:fill="17395C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022B1370" w14:textId="77777777" w:rsidR="00755128" w:rsidRPr="00997822" w:rsidRDefault="001C7F25">
            <w:pPr>
              <w:spacing w:after="0"/>
              <w:jc w:val="center"/>
            </w:pPr>
            <w:r w:rsidRPr="00997822">
              <w:rPr>
                <w:b/>
                <w:color w:val="FFFFFF"/>
                <w:sz w:val="16"/>
              </w:rPr>
              <w:t>E-mail institucional ou contato</w:t>
            </w:r>
          </w:p>
        </w:tc>
      </w:tr>
      <w:tr w:rsidR="00755128" w:rsidRPr="00997822" w14:paraId="7FA1D210" w14:textId="77777777">
        <w:trPr>
          <w:cantSplit/>
          <w:jc w:val="center"/>
        </w:trPr>
        <w:tc>
          <w:tcPr>
            <w:tcW w:w="2268" w:type="dxa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004F935D" w14:textId="77777777" w:rsidR="00755128" w:rsidRPr="00997822" w:rsidRDefault="00755128"/>
        </w:tc>
        <w:tc>
          <w:tcPr>
            <w:tcW w:w="2268" w:type="dxa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07D4FE6D" w14:textId="77777777" w:rsidR="00755128" w:rsidRPr="00997822" w:rsidRDefault="00755128"/>
        </w:tc>
        <w:tc>
          <w:tcPr>
            <w:tcW w:w="2438" w:type="dxa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11315273" w14:textId="77777777" w:rsidR="00755128" w:rsidRPr="00997822" w:rsidRDefault="00755128"/>
        </w:tc>
        <w:tc>
          <w:tcPr>
            <w:tcW w:w="2665" w:type="dxa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2C34C622" w14:textId="77777777" w:rsidR="00755128" w:rsidRPr="00997822" w:rsidRDefault="00755128"/>
        </w:tc>
      </w:tr>
      <w:tr w:rsidR="00755128" w:rsidRPr="00997822" w14:paraId="19CACC80" w14:textId="77777777">
        <w:trPr>
          <w:cantSplit/>
          <w:jc w:val="center"/>
        </w:trPr>
        <w:tc>
          <w:tcPr>
            <w:tcW w:w="2268" w:type="dxa"/>
            <w:shd w:val="clear" w:color="auto" w:fill="F7F9FB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7E04B1D9" w14:textId="77777777" w:rsidR="00755128" w:rsidRPr="00997822" w:rsidRDefault="00755128"/>
        </w:tc>
        <w:tc>
          <w:tcPr>
            <w:tcW w:w="2268" w:type="dxa"/>
            <w:shd w:val="clear" w:color="auto" w:fill="F7F9FB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1527C7FF" w14:textId="77777777" w:rsidR="00755128" w:rsidRPr="00997822" w:rsidRDefault="00755128"/>
        </w:tc>
        <w:tc>
          <w:tcPr>
            <w:tcW w:w="2438" w:type="dxa"/>
            <w:shd w:val="clear" w:color="auto" w:fill="F7F9FB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32304659" w14:textId="77777777" w:rsidR="00755128" w:rsidRPr="00997822" w:rsidRDefault="00755128"/>
        </w:tc>
        <w:tc>
          <w:tcPr>
            <w:tcW w:w="2665" w:type="dxa"/>
            <w:shd w:val="clear" w:color="auto" w:fill="F7F9FB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01078D77" w14:textId="77777777" w:rsidR="00755128" w:rsidRPr="00997822" w:rsidRDefault="00755128"/>
        </w:tc>
      </w:tr>
      <w:tr w:rsidR="00755128" w:rsidRPr="00997822" w14:paraId="361E7F4A" w14:textId="77777777">
        <w:trPr>
          <w:cantSplit/>
          <w:jc w:val="center"/>
        </w:trPr>
        <w:tc>
          <w:tcPr>
            <w:tcW w:w="2268" w:type="dxa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1413FBCF" w14:textId="77777777" w:rsidR="00755128" w:rsidRPr="00997822" w:rsidRDefault="00755128"/>
        </w:tc>
        <w:tc>
          <w:tcPr>
            <w:tcW w:w="2268" w:type="dxa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5DAFE0BE" w14:textId="77777777" w:rsidR="00755128" w:rsidRPr="00997822" w:rsidRDefault="00755128"/>
        </w:tc>
        <w:tc>
          <w:tcPr>
            <w:tcW w:w="2438" w:type="dxa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3F4DC57C" w14:textId="77777777" w:rsidR="00755128" w:rsidRPr="00997822" w:rsidRDefault="00755128"/>
        </w:tc>
        <w:tc>
          <w:tcPr>
            <w:tcW w:w="2665" w:type="dxa"/>
            <w:tcMar>
              <w:top w:w="170" w:type="dxa"/>
              <w:left w:w="80" w:type="dxa"/>
              <w:bottom w:w="170" w:type="dxa"/>
              <w:right w:w="80" w:type="dxa"/>
            </w:tcMar>
          </w:tcPr>
          <w:p w14:paraId="259DE9C9" w14:textId="77777777" w:rsidR="00755128" w:rsidRPr="00997822" w:rsidRDefault="00755128"/>
        </w:tc>
      </w:tr>
    </w:tbl>
    <w:p w14:paraId="4B06075C" w14:textId="77777777" w:rsidR="00F560AA" w:rsidRPr="00997822" w:rsidRDefault="00F560AA">
      <w:pPr>
        <w:keepNext/>
        <w:spacing w:before="60" w:after="40"/>
      </w:pPr>
    </w:p>
    <w:p w14:paraId="7DA3A40A" w14:textId="77777777" w:rsidR="00667C89" w:rsidRDefault="001C7F25">
      <w:pPr>
        <w:keepNext/>
        <w:spacing w:before="60" w:after="40"/>
      </w:pPr>
      <w:r w:rsidRPr="00997822">
        <w:t xml:space="preserve">7.2. </w:t>
      </w:r>
      <w:r w:rsidR="00667C89" w:rsidRPr="00667C89">
        <w:t>Declaro a existência ou inexistência de conflito de interesses relacionado à proposta, aos autores, às instituições parceiras ou às fontes de apoio financeiro.</w:t>
      </w:r>
    </w:p>
    <w:p w14:paraId="41552738" w14:textId="689B61E6" w:rsidR="00755128" w:rsidRDefault="00667C89">
      <w:pPr>
        <w:keepNext/>
        <w:spacing w:before="60" w:after="40"/>
      </w:pPr>
      <w:r w:rsidRPr="00667C89">
        <w:t>( ) Não há conflito de interesses.</w:t>
      </w:r>
      <w:r w:rsidRPr="00667C89">
        <w:br/>
        <w:t>( ) Há conflito de interesses, conforme informado abaixo.</w:t>
      </w:r>
    </w:p>
    <w:tbl>
      <w:tblPr>
        <w:tblW w:w="0" w:type="auto"/>
        <w:jc w:val="center"/>
        <w:tblBorders>
          <w:top w:val="single" w:sz="6" w:space="0" w:color="C9D3DC"/>
          <w:left w:val="single" w:sz="6" w:space="0" w:color="C9D3DC"/>
          <w:bottom w:val="single" w:sz="6" w:space="0" w:color="C9D3DC"/>
          <w:right w:val="single" w:sz="6" w:space="0" w:color="C9D3DC"/>
          <w:insideH w:val="single" w:sz="6" w:space="0" w:color="C9D3DC"/>
          <w:insideV w:val="single" w:sz="6" w:space="0" w:color="C9D3DC"/>
        </w:tblBorders>
        <w:tblLook w:val="04A0" w:firstRow="1" w:lastRow="0" w:firstColumn="1" w:lastColumn="0" w:noHBand="0" w:noVBand="1"/>
      </w:tblPr>
      <w:tblGrid>
        <w:gridCol w:w="10036"/>
      </w:tblGrid>
      <w:tr w:rsidR="00667C89" w:rsidRPr="00997822" w14:paraId="764E98B1" w14:textId="77777777" w:rsidTr="00D16B76">
        <w:trPr>
          <w:cantSplit/>
          <w:jc w:val="center"/>
        </w:trPr>
        <w:tc>
          <w:tcPr>
            <w:tcW w:w="10036" w:type="dxa"/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91C565" w14:textId="77777777" w:rsidR="00667C89" w:rsidRPr="00997822" w:rsidRDefault="00667C89" w:rsidP="00D16B76">
            <w:pPr>
              <w:spacing w:after="0"/>
            </w:pPr>
            <w:r w:rsidRPr="00997822">
              <w:rPr>
                <w:i/>
                <w:color w:val="646E78"/>
              </w:rPr>
              <w:t>Clique ou toque aqui para inserir o texto.</w:t>
            </w:r>
            <w:r w:rsidRPr="00997822">
              <w:br/>
            </w:r>
            <w:r w:rsidRPr="00997822">
              <w:br/>
            </w:r>
            <w:r w:rsidRPr="00997822">
              <w:br/>
            </w:r>
          </w:p>
        </w:tc>
      </w:tr>
    </w:tbl>
    <w:p w14:paraId="4044B8CF" w14:textId="77777777" w:rsidR="00667C89" w:rsidRPr="00997822" w:rsidRDefault="00667C89" w:rsidP="00667C89"/>
    <w:p w14:paraId="27F043DC" w14:textId="77777777" w:rsidR="00667C89" w:rsidRPr="00997822" w:rsidRDefault="00667C89"/>
    <w:tbl>
      <w:tblPr>
        <w:tblW w:w="0" w:type="auto"/>
        <w:jc w:val="center"/>
        <w:tblBorders>
          <w:top w:val="single" w:sz="4" w:space="0" w:color="17395C"/>
          <w:left w:val="single" w:sz="4" w:space="0" w:color="17395C"/>
          <w:bottom w:val="single" w:sz="4" w:space="0" w:color="17395C"/>
          <w:right w:val="single" w:sz="4" w:space="0" w:color="17395C"/>
          <w:insideH w:val="single" w:sz="4" w:space="0" w:color="17395C"/>
          <w:insideV w:val="single" w:sz="4" w:space="0" w:color="17395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3474D5B8" w14:textId="77777777">
        <w:trPr>
          <w:cantSplit/>
          <w:jc w:val="center"/>
        </w:trPr>
        <w:tc>
          <w:tcPr>
            <w:tcW w:w="10036" w:type="dxa"/>
            <w:shd w:val="clear" w:color="auto" w:fill="17395C"/>
            <w:tcMar>
              <w:top w:w="80" w:type="dxa"/>
              <w:left w:w="120" w:type="dxa"/>
              <w:bottom w:w="70" w:type="dxa"/>
              <w:right w:w="120" w:type="dxa"/>
            </w:tcMar>
          </w:tcPr>
          <w:p w14:paraId="7F4FD394" w14:textId="77777777" w:rsidR="00755128" w:rsidRPr="00997822" w:rsidRDefault="001C7F25">
            <w:pPr>
              <w:pStyle w:val="SectionBar"/>
              <w:spacing w:before="0" w:after="0"/>
              <w:rPr>
                <w:lang w:val="pt-BR"/>
              </w:rPr>
            </w:pPr>
            <w:r w:rsidRPr="00997822">
              <w:rPr>
                <w:lang w:val="pt-BR"/>
              </w:rPr>
              <w:t>8. DECLARAÇÕES</w:t>
            </w:r>
          </w:p>
        </w:tc>
      </w:tr>
    </w:tbl>
    <w:p w14:paraId="0137BE8D" w14:textId="77777777" w:rsidR="00BE1445" w:rsidRPr="00997822" w:rsidRDefault="00BE1445">
      <w:pPr>
        <w:keepNext/>
        <w:spacing w:before="60" w:after="40"/>
      </w:pPr>
    </w:p>
    <w:p w14:paraId="5295DE5E" w14:textId="77777777" w:rsidR="00755128" w:rsidRPr="00997822" w:rsidRDefault="001C7F25">
      <w:pPr>
        <w:keepNext/>
        <w:spacing w:before="60" w:after="40"/>
      </w:pPr>
      <w:r w:rsidRPr="00997822">
        <w:t>8.1. Declaro ter conhecimento e estar de acordo com a Política Editorial e com a Chamada PPTC 2027.</w:t>
      </w:r>
    </w:p>
    <w:p w14:paraId="5A80B05D" w14:textId="77777777" w:rsidR="00755128" w:rsidRPr="00997822" w:rsidRDefault="001C7F25">
      <w:pPr>
        <w:spacing w:after="60"/>
        <w:ind w:left="142"/>
      </w:pPr>
      <w:r w:rsidRPr="00997822">
        <w:t>( ) Sim</w:t>
      </w:r>
    </w:p>
    <w:p w14:paraId="15FABA87" w14:textId="77777777" w:rsidR="00F560AA" w:rsidRPr="00997822" w:rsidRDefault="00F560AA">
      <w:pPr>
        <w:keepNext/>
        <w:spacing w:before="60" w:after="40"/>
      </w:pPr>
    </w:p>
    <w:p w14:paraId="4ED27F3F" w14:textId="77777777" w:rsidR="00755128" w:rsidRPr="00997822" w:rsidRDefault="001C7F25">
      <w:pPr>
        <w:keepNext/>
        <w:spacing w:before="60" w:after="40"/>
      </w:pPr>
      <w:r w:rsidRPr="00997822">
        <w:t>8.2. Declaro que as informações prestadas correspondem à proposta submetida no e-Protocolo.</w:t>
      </w:r>
    </w:p>
    <w:p w14:paraId="7C68622F" w14:textId="77777777" w:rsidR="00755128" w:rsidRPr="00997822" w:rsidRDefault="001C7F25">
      <w:pPr>
        <w:spacing w:after="60"/>
        <w:ind w:left="142"/>
      </w:pPr>
      <w:r w:rsidRPr="00997822">
        <w:t>( ) Sim</w:t>
      </w:r>
    </w:p>
    <w:p w14:paraId="4B8B9E28" w14:textId="77777777" w:rsidR="00F560AA" w:rsidRPr="00997822" w:rsidRDefault="00F560AA">
      <w:pPr>
        <w:keepNext/>
        <w:spacing w:before="60" w:after="40"/>
      </w:pPr>
    </w:p>
    <w:p w14:paraId="463F52C0" w14:textId="77777777" w:rsidR="00755128" w:rsidRPr="00997822" w:rsidRDefault="001C7F25">
      <w:pPr>
        <w:keepNext/>
        <w:spacing w:before="60" w:after="40"/>
      </w:pPr>
      <w:r w:rsidRPr="00997822">
        <w:t>8.3. Estou ciente de que, se aprovada, os originais e documentos necessários deverão ser inseridos posteriormente como ANEXOS no mesmo processo de e-Protocolo, conforme as orientações do Setor Editorial.</w:t>
      </w:r>
    </w:p>
    <w:p w14:paraId="06567103" w14:textId="77777777" w:rsidR="00755128" w:rsidRPr="00997822" w:rsidRDefault="001C7F25">
      <w:pPr>
        <w:spacing w:after="60"/>
        <w:ind w:left="142"/>
      </w:pPr>
      <w:r w:rsidRPr="00997822">
        <w:t>( ) Sim</w:t>
      </w:r>
    </w:p>
    <w:p w14:paraId="3D3A2AB9" w14:textId="77777777" w:rsidR="0019098D" w:rsidRPr="00997822" w:rsidRDefault="001C7F25">
      <w:pPr>
        <w:keepNext/>
        <w:spacing w:before="60" w:after="40"/>
      </w:pPr>
      <w:r w:rsidRPr="00997822">
        <w:t>8.4. Declaro que a proposta respeita a legislação, a ética e os direitos autorais e patrimoniais e não contém plágio ou autoplágio.</w:t>
      </w:r>
    </w:p>
    <w:p w14:paraId="7B85E29B" w14:textId="77777777" w:rsidR="0019098D" w:rsidRPr="00997822" w:rsidRDefault="001C7F25">
      <w:pPr>
        <w:spacing w:after="60"/>
        <w:ind w:left="142"/>
      </w:pPr>
      <w:r w:rsidRPr="00997822">
        <w:t>( ) Sim</w:t>
      </w:r>
    </w:p>
    <w:p w14:paraId="5A53479F" w14:textId="77777777" w:rsidR="00F560AA" w:rsidRPr="00997822" w:rsidRDefault="00F560AA"/>
    <w:p w14:paraId="47EF8D95" w14:textId="77777777" w:rsidR="00F560AA" w:rsidRPr="00997822" w:rsidRDefault="00F560AA"/>
    <w:tbl>
      <w:tblPr>
        <w:tblW w:w="0" w:type="auto"/>
        <w:jc w:val="center"/>
        <w:tblBorders>
          <w:top w:val="single" w:sz="4" w:space="0" w:color="17395C"/>
          <w:left w:val="single" w:sz="4" w:space="0" w:color="17395C"/>
          <w:bottom w:val="single" w:sz="4" w:space="0" w:color="17395C"/>
          <w:right w:val="single" w:sz="4" w:space="0" w:color="17395C"/>
          <w:insideH w:val="single" w:sz="4" w:space="0" w:color="17395C"/>
          <w:insideV w:val="single" w:sz="4" w:space="0" w:color="17395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36CDC12D" w14:textId="77777777">
        <w:trPr>
          <w:cantSplit/>
          <w:jc w:val="center"/>
        </w:trPr>
        <w:tc>
          <w:tcPr>
            <w:tcW w:w="10036" w:type="dxa"/>
            <w:shd w:val="clear" w:color="auto" w:fill="17395C"/>
            <w:tcMar>
              <w:top w:w="80" w:type="dxa"/>
              <w:left w:w="120" w:type="dxa"/>
              <w:bottom w:w="70" w:type="dxa"/>
              <w:right w:w="120" w:type="dxa"/>
            </w:tcMar>
          </w:tcPr>
          <w:p w14:paraId="4C175968" w14:textId="77777777" w:rsidR="00755128" w:rsidRPr="00997822" w:rsidRDefault="001C7F25">
            <w:pPr>
              <w:pStyle w:val="SectionBar"/>
              <w:spacing w:before="0" w:after="0"/>
              <w:rPr>
                <w:lang w:val="pt-BR"/>
              </w:rPr>
            </w:pPr>
            <w:r w:rsidRPr="00997822">
              <w:rPr>
                <w:lang w:val="pt-BR"/>
              </w:rPr>
              <w:t>9. OBSERVAÇÕES E RESPONSÁVEL PELO PREENCHIMENTO</w:t>
            </w:r>
          </w:p>
        </w:tc>
      </w:tr>
    </w:tbl>
    <w:p w14:paraId="0E789F63" w14:textId="77777777" w:rsidR="00BE1445" w:rsidRPr="00997822" w:rsidRDefault="00BE1445">
      <w:pPr>
        <w:keepNext/>
        <w:spacing w:before="60" w:after="40"/>
      </w:pPr>
    </w:p>
    <w:p w14:paraId="448749BE" w14:textId="77777777" w:rsidR="00755128" w:rsidRPr="00997822" w:rsidRDefault="001C7F25">
      <w:pPr>
        <w:keepNext/>
        <w:spacing w:before="60" w:after="40"/>
      </w:pPr>
      <w:r w:rsidRPr="00997822">
        <w:t>9.1. Observações adicionais.</w:t>
      </w:r>
    </w:p>
    <w:tbl>
      <w:tblPr>
        <w:tblW w:w="0" w:type="auto"/>
        <w:jc w:val="center"/>
        <w:tblBorders>
          <w:top w:val="single" w:sz="6" w:space="0" w:color="C9D3DC"/>
          <w:left w:val="single" w:sz="6" w:space="0" w:color="C9D3DC"/>
          <w:bottom w:val="single" w:sz="6" w:space="0" w:color="C9D3DC"/>
          <w:right w:val="single" w:sz="6" w:space="0" w:color="C9D3DC"/>
          <w:insideH w:val="single" w:sz="6" w:space="0" w:color="C9D3DC"/>
          <w:insideV w:val="single" w:sz="6" w:space="0" w:color="C9D3D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42E71A88" w14:textId="77777777">
        <w:trPr>
          <w:cantSplit/>
          <w:jc w:val="center"/>
        </w:trPr>
        <w:tc>
          <w:tcPr>
            <w:tcW w:w="10036" w:type="dxa"/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24E162" w14:textId="77777777" w:rsidR="00755128" w:rsidRPr="00997822" w:rsidRDefault="001C7F25">
            <w:pPr>
              <w:spacing w:after="0"/>
            </w:pPr>
            <w:r w:rsidRPr="00997822">
              <w:rPr>
                <w:i/>
                <w:color w:val="646E78"/>
              </w:rPr>
              <w:t>Clique ou toque aqui para inserir o texto.</w:t>
            </w:r>
            <w:r w:rsidRPr="00997822">
              <w:br/>
            </w:r>
            <w:r w:rsidRPr="00997822">
              <w:br/>
            </w:r>
            <w:r w:rsidRPr="00997822">
              <w:br/>
            </w:r>
            <w:r w:rsidRPr="00997822">
              <w:br/>
            </w:r>
          </w:p>
        </w:tc>
      </w:tr>
    </w:tbl>
    <w:p w14:paraId="36F1BA82" w14:textId="77777777" w:rsidR="00F560AA" w:rsidRPr="00997822" w:rsidRDefault="00F560AA">
      <w:pPr>
        <w:keepNext/>
        <w:spacing w:before="60" w:after="40"/>
      </w:pPr>
    </w:p>
    <w:p w14:paraId="728CE4AA" w14:textId="77777777" w:rsidR="00755128" w:rsidRPr="00997822" w:rsidRDefault="001C7F25">
      <w:pPr>
        <w:keepNext/>
        <w:spacing w:before="60" w:after="40"/>
      </w:pPr>
      <w:r w:rsidRPr="00997822">
        <w:t xml:space="preserve">9.2. </w:t>
      </w:r>
      <w:r w:rsidR="00F560AA" w:rsidRPr="00997822">
        <w:t>Nome do responsável pelo preenchimento.</w:t>
      </w:r>
    </w:p>
    <w:tbl>
      <w:tblPr>
        <w:tblW w:w="0" w:type="auto"/>
        <w:jc w:val="center"/>
        <w:tblBorders>
          <w:top w:val="single" w:sz="6" w:space="0" w:color="C9D3DC"/>
          <w:left w:val="single" w:sz="6" w:space="0" w:color="C9D3DC"/>
          <w:bottom w:val="single" w:sz="6" w:space="0" w:color="C9D3DC"/>
          <w:right w:val="single" w:sz="6" w:space="0" w:color="C9D3DC"/>
          <w:insideH w:val="single" w:sz="6" w:space="0" w:color="C9D3DC"/>
          <w:insideV w:val="single" w:sz="6" w:space="0" w:color="C9D3D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3EEF49DF" w14:textId="77777777">
        <w:trPr>
          <w:cantSplit/>
          <w:jc w:val="center"/>
        </w:trPr>
        <w:tc>
          <w:tcPr>
            <w:tcW w:w="10036" w:type="dxa"/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2D4CFD" w14:textId="77777777" w:rsidR="00755128" w:rsidRPr="00997822" w:rsidRDefault="001C7F25">
            <w:pPr>
              <w:spacing w:after="0"/>
            </w:pPr>
            <w:r w:rsidRPr="00997822">
              <w:rPr>
                <w:i/>
                <w:color w:val="646E78"/>
              </w:rPr>
              <w:t>Clique ou toque aqui para inserir o texto.</w:t>
            </w:r>
          </w:p>
        </w:tc>
      </w:tr>
    </w:tbl>
    <w:p w14:paraId="7CF1C02E" w14:textId="77777777" w:rsidR="00F560AA" w:rsidRPr="00997822" w:rsidRDefault="00F560AA">
      <w:pPr>
        <w:keepNext/>
        <w:spacing w:before="60" w:after="40"/>
      </w:pPr>
    </w:p>
    <w:p w14:paraId="6166B28C" w14:textId="77777777" w:rsidR="00755128" w:rsidRPr="00997822" w:rsidRDefault="001C7F25">
      <w:pPr>
        <w:keepNext/>
        <w:spacing w:before="60" w:after="40"/>
      </w:pPr>
      <w:r w:rsidRPr="00997822">
        <w:t>9.3. Vinculação institucional.</w:t>
      </w:r>
    </w:p>
    <w:tbl>
      <w:tblPr>
        <w:tblW w:w="0" w:type="auto"/>
        <w:jc w:val="center"/>
        <w:tblBorders>
          <w:top w:val="single" w:sz="6" w:space="0" w:color="C9D3DC"/>
          <w:left w:val="single" w:sz="6" w:space="0" w:color="C9D3DC"/>
          <w:bottom w:val="single" w:sz="6" w:space="0" w:color="C9D3DC"/>
          <w:right w:val="single" w:sz="6" w:space="0" w:color="C9D3DC"/>
          <w:insideH w:val="single" w:sz="6" w:space="0" w:color="C9D3DC"/>
          <w:insideV w:val="single" w:sz="6" w:space="0" w:color="C9D3DC"/>
        </w:tblBorders>
        <w:tblLook w:val="04A0" w:firstRow="1" w:lastRow="0" w:firstColumn="1" w:lastColumn="0" w:noHBand="0" w:noVBand="1"/>
      </w:tblPr>
      <w:tblGrid>
        <w:gridCol w:w="10036"/>
      </w:tblGrid>
      <w:tr w:rsidR="00755128" w:rsidRPr="00997822" w14:paraId="19D4F293" w14:textId="77777777">
        <w:trPr>
          <w:cantSplit/>
          <w:jc w:val="center"/>
        </w:trPr>
        <w:tc>
          <w:tcPr>
            <w:tcW w:w="10036" w:type="dxa"/>
            <w:shd w:val="clear" w:color="auto" w:fill="F3F6F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DC9F38" w14:textId="77777777" w:rsidR="00755128" w:rsidRPr="00997822" w:rsidRDefault="001C7F25">
            <w:pPr>
              <w:spacing w:after="0"/>
            </w:pPr>
            <w:r w:rsidRPr="00997822">
              <w:rPr>
                <w:i/>
                <w:color w:val="646E78"/>
              </w:rPr>
              <w:t>Clique ou toque aqui para inserir o texto.</w:t>
            </w:r>
            <w:r w:rsidRPr="00997822">
              <w:br/>
            </w:r>
          </w:p>
        </w:tc>
      </w:tr>
    </w:tbl>
    <w:p w14:paraId="196AB2F8" w14:textId="77777777" w:rsidR="00934E83" w:rsidRDefault="00934E83"/>
    <w:sectPr w:rsidR="00934E83" w:rsidSect="00034616">
      <w:headerReference w:type="default" r:id="rId8"/>
      <w:footerReference w:type="default" r:id="rId9"/>
      <w:pgSz w:w="11906" w:h="16838"/>
      <w:pgMar w:top="2013" w:right="935" w:bottom="765" w:left="93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B201D" w14:textId="77777777" w:rsidR="00C52F16" w:rsidRPr="00997822" w:rsidRDefault="00C52F16">
      <w:pPr>
        <w:spacing w:after="0"/>
      </w:pPr>
      <w:r w:rsidRPr="00997822">
        <w:separator/>
      </w:r>
    </w:p>
  </w:endnote>
  <w:endnote w:type="continuationSeparator" w:id="0">
    <w:p w14:paraId="5B6CC4F5" w14:textId="77777777" w:rsidR="00C52F16" w:rsidRPr="00997822" w:rsidRDefault="00C52F16">
      <w:pPr>
        <w:spacing w:after="0"/>
      </w:pPr>
      <w:r w:rsidRPr="0099782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6024C" w14:textId="77777777" w:rsidR="0019098D" w:rsidRPr="00997822" w:rsidRDefault="0019098D">
    <w:pPr>
      <w:suppressAutoHyphens/>
      <w:spacing w:after="0" w:line="0" w:lineRule="atLeast"/>
      <w:rPr>
        <w:rFonts w:cs="Arial"/>
        <w:color w:val="00000A"/>
        <w:kern w:val="2"/>
        <w:sz w:val="16"/>
        <w:szCs w:val="16"/>
      </w:rPr>
    </w:pPr>
  </w:p>
  <w:p w14:paraId="50B2FA4C" w14:textId="77777777" w:rsidR="0019098D" w:rsidRPr="00997822" w:rsidRDefault="0019098D">
    <w:pPr>
      <w:suppressAutoHyphens/>
      <w:spacing w:after="0" w:line="0" w:lineRule="atLeast"/>
      <w:rPr>
        <w:rFonts w:cs="Arial"/>
        <w:color w:val="00000A"/>
        <w:kern w:val="2"/>
        <w:sz w:val="16"/>
        <w:szCs w:val="16"/>
      </w:rPr>
    </w:pPr>
  </w:p>
  <w:p w14:paraId="7D390388" w14:textId="77777777" w:rsidR="0019098D" w:rsidRPr="00997822" w:rsidRDefault="0019098D">
    <w:pPr>
      <w:suppressAutoHyphens/>
      <w:spacing w:after="0" w:line="0" w:lineRule="atLeast"/>
      <w:rPr>
        <w:rFonts w:cs="Arial"/>
        <w:color w:val="00000A"/>
        <w:kern w:val="2"/>
        <w:sz w:val="16"/>
        <w:szCs w:val="16"/>
      </w:rPr>
    </w:pPr>
  </w:p>
  <w:p w14:paraId="0F497504" w14:textId="77777777" w:rsidR="0019098D" w:rsidRPr="00997822" w:rsidRDefault="001C7F25">
    <w:pPr>
      <w:suppressAutoHyphens/>
      <w:spacing w:after="0" w:line="0" w:lineRule="atLeast"/>
      <w:rPr>
        <w:rFonts w:cs="Arial"/>
        <w:color w:val="00000A"/>
        <w:kern w:val="2"/>
        <w:sz w:val="16"/>
        <w:szCs w:val="16"/>
      </w:rPr>
    </w:pPr>
    <w:r w:rsidRPr="00997822">
      <w:rPr>
        <w:rFonts w:cs="Arial"/>
        <w:color w:val="00000A"/>
        <w:kern w:val="2"/>
        <w:sz w:val="16"/>
        <w:szCs w:val="16"/>
      </w:rPr>
      <w:t xml:space="preserve">Rua da Bandeira, 500 | Cabral | 80035-270 | Curitiba | Paraná | [41] 3250-2100                                                                              </w:t>
    </w:r>
    <w:hyperlink r:id="rId1">
      <w:r w:rsidR="0019098D" w:rsidRPr="00997822">
        <w:rPr>
          <w:rFonts w:cs="Arial"/>
          <w:b/>
          <w:kern w:val="2"/>
          <w:sz w:val="16"/>
          <w:szCs w:val="16"/>
        </w:rPr>
        <w:t>www.idrparana.pr.gov.br</w:t>
      </w:r>
    </w:hyperlink>
  </w:p>
  <w:p w14:paraId="101AD0A1" w14:textId="77777777" w:rsidR="0019098D" w:rsidRPr="00997822" w:rsidRDefault="00000000">
    <w:pPr>
      <w:spacing w:after="322"/>
      <w:rPr>
        <w:rFonts w:cs="Arial"/>
        <w:color w:val="00000A"/>
        <w:kern w:val="2"/>
        <w:sz w:val="16"/>
        <w:szCs w:val="16"/>
      </w:rPr>
    </w:pPr>
    <w:r>
      <w:rPr>
        <w:rFonts w:cs="Arial"/>
        <w:color w:val="00000A"/>
        <w:kern w:val="2"/>
        <w:sz w:val="16"/>
        <w:szCs w:val="16"/>
      </w:rPr>
      <w:pict w14:anchorId="1B84C39C">
        <v:group id="Group 13706" o:spid="_x0000_s1025" style="position:absolute;margin-left:0;margin-top:800.55pt;width:595.3pt;height:11.35pt;z-index:3;mso-wrap-distance-left:9.05pt;mso-wrap-distance-right:9.05pt;mso-position-horizontal-relative:page;mso-position-vertical-relative:page" coordsize="75603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" o:allowincell="f">
          <v:shape id="Shape 13707" o:spid="_x0000_s1027" style="position:absolute;width:61340;height:1440;visibility:visible" coordsize="6133465,1440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" adj="0,,0" path="m,l6133465,r-87744,144005l,144005,,xe" fillcolor="#0864a1" stroked="f" strokeweight="0">
            <v:stroke joinstyle="round"/>
            <v:formulas/>
            <v:path arrowok="t" o:connecttype="custom" o:connectlocs="0,0;6134040,0;6046288,144000;0,144000;0,0" o:connectangles="0,0,0,0,0" textboxrect="0,0,6134100,144639"/>
          </v:shape>
          <v:shape id="Shape 13708" o:spid="_x0000_s1026" style="position:absolute;left:62179;width:13424;height:1440;visibility:visible" coordsize="1342517,1440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" adj="0,,0" path="m87452,l1342517,r,144005l,144005,87452,xe" fillcolor="#00893d" stroked="f" strokeweight="0">
            <v:stroke joinstyle="round"/>
            <v:formulas/>
            <v:path arrowok="t" o:connecttype="custom" o:connectlocs="87447,0;1342440,0;1342440,144000;0,144000;87447,0" o:connectangles="0,0,0,0,0" textboxrect="0,0,1343152,144639"/>
          </v:shape>
          <w10:wrap type="square" anchorx="page" anchory="page"/>
        </v:group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5E588" w14:textId="77777777" w:rsidR="00C52F16" w:rsidRPr="00997822" w:rsidRDefault="00C52F16">
      <w:pPr>
        <w:spacing w:after="0"/>
      </w:pPr>
      <w:r w:rsidRPr="00997822">
        <w:separator/>
      </w:r>
    </w:p>
  </w:footnote>
  <w:footnote w:type="continuationSeparator" w:id="0">
    <w:p w14:paraId="4B215C3F" w14:textId="77777777" w:rsidR="00C52F16" w:rsidRPr="00997822" w:rsidRDefault="00C52F16">
      <w:pPr>
        <w:spacing w:after="0"/>
      </w:pPr>
      <w:r w:rsidRPr="0099782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2BB27" w14:textId="77777777" w:rsidR="0019098D" w:rsidRPr="00997822" w:rsidRDefault="001C7F25">
    <w:pPr>
      <w:tabs>
        <w:tab w:val="center" w:pos="4536"/>
      </w:tabs>
    </w:pPr>
    <w:r w:rsidRPr="00997822">
      <w:rPr>
        <w:noProof/>
        <w:lang w:eastAsia="pt-BR"/>
      </w:rPr>
      <w:drawing>
        <wp:anchor distT="0" distB="0" distL="114935" distR="114935" simplePos="0" relativeHeight="2" behindDoc="0" locked="0" layoutInCell="0" allowOverlap="1" wp14:anchorId="717A789F" wp14:editId="02725929">
          <wp:simplePos x="0" y="0"/>
          <wp:positionH relativeFrom="column">
            <wp:posOffset>-664845</wp:posOffset>
          </wp:positionH>
          <wp:positionV relativeFrom="paragraph">
            <wp:posOffset>-214630</wp:posOffset>
          </wp:positionV>
          <wp:extent cx="2537460" cy="802640"/>
          <wp:effectExtent l="0" t="0" r="0" b="0"/>
          <wp:wrapSquare wrapText="bothSides"/>
          <wp:docPr id="2010363161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" t="-16" r="-5" b="-16"/>
                  <a:stretch>
                    <a:fillRect/>
                  </a:stretch>
                </pic:blipFill>
                <pic:spPr bwMode="auto">
                  <a:xfrm>
                    <a:off x="0" y="0"/>
                    <a:ext cx="2537460" cy="802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997822">
      <w:rPr>
        <w:noProof/>
        <w:lang w:eastAsia="pt-BR"/>
      </w:rPr>
      <w:drawing>
        <wp:anchor distT="0" distB="0" distL="114935" distR="114935" simplePos="0" relativeHeight="4" behindDoc="0" locked="0" layoutInCell="0" allowOverlap="1" wp14:anchorId="77D334DC" wp14:editId="7C9FDA40">
          <wp:simplePos x="0" y="0"/>
          <wp:positionH relativeFrom="column">
            <wp:posOffset>3878580</wp:posOffset>
          </wp:positionH>
          <wp:positionV relativeFrom="paragraph">
            <wp:posOffset>-234950</wp:posOffset>
          </wp:positionV>
          <wp:extent cx="1750060" cy="781685"/>
          <wp:effectExtent l="0" t="0" r="0" b="0"/>
          <wp:wrapSquare wrapText="bothSides"/>
          <wp:docPr id="54836315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" t="-12" r="-5" b="-12"/>
                  <a:stretch>
                    <a:fillRect/>
                  </a:stretch>
                </pic:blipFill>
                <pic:spPr bwMode="auto">
                  <a:xfrm>
                    <a:off x="0" y="0"/>
                    <a:ext cx="1750060" cy="781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7426C68" w14:textId="77777777" w:rsidR="0019098D" w:rsidRPr="00997822" w:rsidRDefault="0019098D"/>
  <w:p w14:paraId="2A45B630" w14:textId="77777777" w:rsidR="0019098D" w:rsidRPr="00997822" w:rsidRDefault="0019098D">
    <w:pPr>
      <w:spacing w:after="322" w:line="257" w:lineRule="auto"/>
      <w:ind w:left="-633" w:hanging="1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7286096">
    <w:abstractNumId w:val="8"/>
  </w:num>
  <w:num w:numId="2" w16cid:durableId="619336868">
    <w:abstractNumId w:val="6"/>
  </w:num>
  <w:num w:numId="3" w16cid:durableId="866135117">
    <w:abstractNumId w:val="5"/>
  </w:num>
  <w:num w:numId="4" w16cid:durableId="1655987229">
    <w:abstractNumId w:val="4"/>
  </w:num>
  <w:num w:numId="5" w16cid:durableId="680277984">
    <w:abstractNumId w:val="7"/>
  </w:num>
  <w:num w:numId="6" w16cid:durableId="1117720806">
    <w:abstractNumId w:val="3"/>
  </w:num>
  <w:num w:numId="7" w16cid:durableId="1479415558">
    <w:abstractNumId w:val="2"/>
  </w:num>
  <w:num w:numId="8" w16cid:durableId="1741363461">
    <w:abstractNumId w:val="1"/>
  </w:num>
  <w:num w:numId="9" w16cid:durableId="1983387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7730"/>
    <w:rsid w:val="00034616"/>
    <w:rsid w:val="0006063C"/>
    <w:rsid w:val="0008599A"/>
    <w:rsid w:val="0015074B"/>
    <w:rsid w:val="00165AD4"/>
    <w:rsid w:val="0019098D"/>
    <w:rsid w:val="001C7F25"/>
    <w:rsid w:val="0029639D"/>
    <w:rsid w:val="002C2C5D"/>
    <w:rsid w:val="003052DC"/>
    <w:rsid w:val="00326F90"/>
    <w:rsid w:val="00390DB9"/>
    <w:rsid w:val="00423299"/>
    <w:rsid w:val="00462B3D"/>
    <w:rsid w:val="0061331D"/>
    <w:rsid w:val="00667C89"/>
    <w:rsid w:val="006942C9"/>
    <w:rsid w:val="006A7570"/>
    <w:rsid w:val="006C1487"/>
    <w:rsid w:val="006D7B96"/>
    <w:rsid w:val="006F07FB"/>
    <w:rsid w:val="00755128"/>
    <w:rsid w:val="00811B6B"/>
    <w:rsid w:val="008C2E43"/>
    <w:rsid w:val="008E6FAB"/>
    <w:rsid w:val="009106BB"/>
    <w:rsid w:val="00934E83"/>
    <w:rsid w:val="00997822"/>
    <w:rsid w:val="009A11BA"/>
    <w:rsid w:val="009F6E33"/>
    <w:rsid w:val="00AA1D8D"/>
    <w:rsid w:val="00AC699B"/>
    <w:rsid w:val="00AD2207"/>
    <w:rsid w:val="00B372F6"/>
    <w:rsid w:val="00B47730"/>
    <w:rsid w:val="00B52ADA"/>
    <w:rsid w:val="00B75C2B"/>
    <w:rsid w:val="00BD2BC5"/>
    <w:rsid w:val="00BE1445"/>
    <w:rsid w:val="00BF4D1F"/>
    <w:rsid w:val="00C066F4"/>
    <w:rsid w:val="00C12567"/>
    <w:rsid w:val="00C22AE5"/>
    <w:rsid w:val="00C52F16"/>
    <w:rsid w:val="00CB0664"/>
    <w:rsid w:val="00CE6651"/>
    <w:rsid w:val="00D150E7"/>
    <w:rsid w:val="00D7684F"/>
    <w:rsid w:val="00E74E69"/>
    <w:rsid w:val="00F560AA"/>
    <w:rsid w:val="00FA310F"/>
    <w:rsid w:val="00FA7FA3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B9523E6"/>
  <w15:docId w15:val="{97A14165-4A55-46F5-A6A6-442243C4D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7C89"/>
    <w:pPr>
      <w:spacing w:after="80" w:line="240" w:lineRule="auto"/>
    </w:pPr>
    <w:rPr>
      <w:rFonts w:ascii="Arial" w:hAnsi="Arial"/>
      <w:color w:val="222222"/>
      <w:sz w:val="19"/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6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Bar">
    <w:name w:val="Section Bar"/>
    <w:rsid w:val="00423299"/>
    <w:pPr>
      <w:keepNext/>
      <w:spacing w:before="140" w:after="80"/>
    </w:pPr>
    <w:rPr>
      <w:rFonts w:ascii="Arial" w:hAnsi="Arial"/>
      <w:b/>
      <w:color w:val="FFFFFF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drparana.pr.gov.b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1081</Words>
  <Characters>5838</Characters>
  <Application>Microsoft Office Word</Application>
  <DocSecurity>0</DocSecurity>
  <Lines>48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Formulário de Proposta de Publicação PPTC 2027</vt:lpstr>
      <vt:lpstr/>
    </vt:vector>
  </TitlesOfParts>
  <Company/>
  <LinksUpToDate>false</LinksUpToDate>
  <CharactersWithSpaces>6906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Formulário de Proposta de Publicação PPTC 2027</dc:title>
  <dc:subject>Formulário para apresentação de proposta ao Plano de Publicações Técnico-Científicas</dc:subject>
  <dc:creator>IDR-Paraná</dc:creator>
  <dc:description>generated by python-docx</dc:description>
  <cp:lastModifiedBy>Alisson Neri</cp:lastModifiedBy>
  <cp:revision>6</cp:revision>
  <dcterms:created xsi:type="dcterms:W3CDTF">2026-09-28T11:33:00Z</dcterms:created>
  <dcterms:modified xsi:type="dcterms:W3CDTF">2026-09-28T13:12:00Z</dcterms:modified>
</cp:coreProperties>
</file>