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AC81C" w14:textId="77777777" w:rsidR="00F15C17" w:rsidRPr="003F1226" w:rsidRDefault="00F15C17" w:rsidP="005A23BB">
      <w:pPr>
        <w:spacing w:line="252" w:lineRule="auto"/>
        <w:jc w:val="center"/>
        <w:rPr>
          <w:rFonts w:eastAsia="Arial" w:cs="Arial"/>
          <w:b/>
          <w:color w:val="17365D"/>
          <w:sz w:val="22"/>
        </w:rPr>
      </w:pPr>
    </w:p>
    <w:p w14:paraId="366B8C4D" w14:textId="77777777" w:rsidR="00761635" w:rsidRPr="00E04AE4" w:rsidRDefault="00761635" w:rsidP="00761635">
      <w:pPr>
        <w:pStyle w:val="Ttul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04AE4">
        <w:rPr>
          <w:rFonts w:ascii="Arial" w:hAnsi="Arial" w:cs="Arial"/>
          <w:b/>
          <w:bCs/>
          <w:color w:val="auto"/>
          <w:sz w:val="24"/>
          <w:szCs w:val="24"/>
        </w:rPr>
        <w:t>ANEXO I</w:t>
      </w:r>
    </w:p>
    <w:p w14:paraId="56F22D4E" w14:textId="77777777" w:rsidR="00761635" w:rsidRPr="00E04AE4" w:rsidRDefault="00761635" w:rsidP="00761635">
      <w:pPr>
        <w:spacing w:line="252" w:lineRule="auto"/>
        <w:jc w:val="center"/>
        <w:rPr>
          <w:rFonts w:cs="Arial"/>
          <w:sz w:val="24"/>
          <w:szCs w:val="24"/>
        </w:rPr>
      </w:pPr>
      <w:r w:rsidRPr="00E04AE4">
        <w:rPr>
          <w:rFonts w:eastAsia="Arial" w:cs="Arial"/>
          <w:b/>
          <w:sz w:val="24"/>
          <w:szCs w:val="24"/>
        </w:rPr>
        <w:t>PASSO A PASSO PARA SUBMISSÃO DE PROPOSTA AO PPTC 2027 NO e-PROTOCOLO</w:t>
      </w:r>
    </w:p>
    <w:p w14:paraId="23C0E02E" w14:textId="77777777" w:rsidR="005A23BB" w:rsidRPr="003F1226" w:rsidRDefault="005A23BB">
      <w:pPr>
        <w:spacing w:after="60" w:line="240" w:lineRule="auto"/>
        <w:jc w:val="center"/>
        <w:rPr>
          <w:rFonts w:cs="Arial"/>
          <w:sz w:val="22"/>
        </w:rPr>
      </w:pPr>
    </w:p>
    <w:p w14:paraId="39650C31" w14:textId="77777777" w:rsidR="00E273B1" w:rsidRPr="003F1226" w:rsidRDefault="00E273B1" w:rsidP="00E273B1">
      <w:pPr>
        <w:spacing w:after="0" w:line="240" w:lineRule="auto"/>
        <w:rPr>
          <w:rFonts w:cs="Arial"/>
          <w:color w:val="5D6670"/>
        </w:rPr>
      </w:pPr>
    </w:p>
    <w:p w14:paraId="74919894" w14:textId="77777777" w:rsidR="00F15C17" w:rsidRPr="003F1226" w:rsidRDefault="00951D35" w:rsidP="00F15C17">
      <w:pPr>
        <w:spacing w:after="240"/>
        <w:rPr>
          <w:rFonts w:cs="Arial"/>
        </w:rPr>
      </w:pPr>
      <w:r w:rsidRPr="003F1226">
        <w:rPr>
          <w:rFonts w:cs="Arial"/>
        </w:rPr>
        <w:t>Siga as etapas na ordem apresentada. Cada proposta deve tramitar em um processo individual.</w:t>
      </w:r>
    </w:p>
    <w:p w14:paraId="10974B5F" w14:textId="77777777" w:rsidR="00F15C17" w:rsidRPr="003F1226" w:rsidRDefault="00F15C17" w:rsidP="00F15C17">
      <w:pPr>
        <w:spacing w:after="280"/>
        <w:rPr>
          <w:rFonts w:cs="Arial"/>
          <w:b/>
          <w:color w:val="000000"/>
          <w:sz w:val="40"/>
          <w:szCs w:val="40"/>
        </w:rPr>
      </w:pPr>
    </w:p>
    <w:p w14:paraId="17333AAE" w14:textId="77777777" w:rsidR="00F15C17" w:rsidRPr="003F1226" w:rsidRDefault="00F15C17" w:rsidP="00F15C17">
      <w:pPr>
        <w:spacing w:after="280"/>
        <w:rPr>
          <w:rFonts w:cs="Arial"/>
          <w:b/>
          <w:color w:val="000000"/>
          <w:sz w:val="40"/>
          <w:szCs w:val="40"/>
        </w:rPr>
      </w:pPr>
      <w:r w:rsidRPr="003F1226">
        <w:rPr>
          <w:rFonts w:cs="Arial"/>
          <w:b/>
          <w:color w:val="000000"/>
          <w:sz w:val="40"/>
          <w:szCs w:val="40"/>
        </w:rPr>
        <w:t>PROPONENTE</w:t>
      </w:r>
    </w:p>
    <w:p w14:paraId="235EDD69" w14:textId="421E30F7" w:rsidR="00F15C17" w:rsidRDefault="00F15C17" w:rsidP="00E04AE4">
      <w:pPr>
        <w:keepNext/>
        <w:spacing w:before="220" w:after="100"/>
        <w:jc w:val="both"/>
        <w:rPr>
          <w:rFonts w:cs="Arial"/>
          <w:sz w:val="24"/>
          <w:szCs w:val="28"/>
        </w:rPr>
      </w:pPr>
      <w:r w:rsidRPr="003F1226">
        <w:rPr>
          <w:rFonts w:cs="Arial"/>
          <w:b/>
          <w:color w:val="1F4E78"/>
          <w:sz w:val="44"/>
        </w:rPr>
        <w:t xml:space="preserve">1  </w:t>
      </w:r>
      <w:r w:rsidRPr="00E04AE4">
        <w:rPr>
          <w:rFonts w:cs="Arial"/>
          <w:sz w:val="24"/>
          <w:szCs w:val="28"/>
        </w:rPr>
        <w:t xml:space="preserve">Baixe o formulário </w:t>
      </w:r>
      <w:r w:rsidR="008C2892" w:rsidRPr="00E04AE4">
        <w:rPr>
          <w:rFonts w:cs="Arial"/>
          <w:sz w:val="24"/>
          <w:szCs w:val="28"/>
        </w:rPr>
        <w:t>de proposta (Anexo II</w:t>
      </w:r>
      <w:r w:rsidR="005370DE" w:rsidRPr="00E04AE4">
        <w:rPr>
          <w:rFonts w:cs="Arial"/>
          <w:sz w:val="24"/>
          <w:szCs w:val="28"/>
        </w:rPr>
        <w:t>)</w:t>
      </w:r>
      <w:r w:rsidR="00AD57D4">
        <w:rPr>
          <w:rFonts w:cs="Arial"/>
          <w:sz w:val="24"/>
          <w:szCs w:val="28"/>
        </w:rPr>
        <w:t xml:space="preserve"> </w:t>
      </w:r>
      <w:r w:rsidR="005370DE" w:rsidRPr="00E04AE4">
        <w:rPr>
          <w:rFonts w:cs="Arial"/>
          <w:sz w:val="24"/>
          <w:szCs w:val="28"/>
        </w:rPr>
        <w:t xml:space="preserve">disponibilizado </w:t>
      </w:r>
      <w:r w:rsidR="00DD5D9A" w:rsidRPr="00E04AE4">
        <w:rPr>
          <w:rFonts w:cs="Arial"/>
          <w:sz w:val="24"/>
          <w:szCs w:val="28"/>
        </w:rPr>
        <w:t>em formato MS Word</w:t>
      </w:r>
      <w:r w:rsidR="00DD5D9A" w:rsidRPr="00E04AE4">
        <w:rPr>
          <w:rFonts w:cs="Arial"/>
          <w:sz w:val="24"/>
          <w:szCs w:val="28"/>
          <w:vertAlign w:val="superscript"/>
        </w:rPr>
        <w:t>®</w:t>
      </w:r>
      <w:r w:rsidR="00DD5D9A" w:rsidRPr="00E04AE4">
        <w:rPr>
          <w:rFonts w:cs="Arial"/>
          <w:sz w:val="24"/>
          <w:szCs w:val="28"/>
        </w:rPr>
        <w:t xml:space="preserve"> editável </w:t>
      </w:r>
      <w:r w:rsidR="005370DE" w:rsidRPr="00E04AE4">
        <w:rPr>
          <w:rFonts w:cs="Arial"/>
          <w:sz w:val="24"/>
          <w:szCs w:val="28"/>
        </w:rPr>
        <w:t>na página da Editora IDR-Paraná</w:t>
      </w:r>
      <w:r w:rsidR="001A4282">
        <w:rPr>
          <w:rFonts w:cs="Arial"/>
          <w:sz w:val="24"/>
          <w:szCs w:val="28"/>
        </w:rPr>
        <w:t xml:space="preserve">: </w:t>
      </w:r>
      <w:hyperlink r:id="rId8" w:history="1">
        <w:r w:rsidR="001A4282" w:rsidRPr="009010C4">
          <w:rPr>
            <w:rStyle w:val="Hyperlink"/>
          </w:rPr>
          <w:t>https://www.idrparana.pr.gov.br/system/files/publico/pesquisa/editora-idr/pptc-2027/Chamada_PPTC_2027_ANEXO_II.docx</w:t>
        </w:r>
      </w:hyperlink>
    </w:p>
    <w:p w14:paraId="0960C177" w14:textId="77777777" w:rsidR="00F15C17" w:rsidRPr="003F1226" w:rsidRDefault="00F15C17" w:rsidP="00F15C17">
      <w:pPr>
        <w:keepNext/>
        <w:spacing w:before="220" w:after="100"/>
        <w:rPr>
          <w:rFonts w:cs="Arial"/>
          <w:b/>
          <w:color w:val="1F4E78"/>
          <w:sz w:val="44"/>
        </w:rPr>
      </w:pPr>
    </w:p>
    <w:p w14:paraId="5FEAAE2C" w14:textId="77777777" w:rsidR="00F15C17" w:rsidRPr="003F1226" w:rsidRDefault="00F15C17" w:rsidP="00F15C17">
      <w:pPr>
        <w:keepNext/>
        <w:spacing w:before="220" w:after="100"/>
        <w:rPr>
          <w:rFonts w:cs="Arial"/>
        </w:rPr>
      </w:pPr>
      <w:r w:rsidRPr="003F1226">
        <w:rPr>
          <w:rFonts w:cs="Arial"/>
          <w:b/>
          <w:color w:val="1F4E78"/>
          <w:sz w:val="44"/>
        </w:rPr>
        <w:t xml:space="preserve">2  </w:t>
      </w:r>
      <w:r w:rsidRPr="00E04AE4">
        <w:rPr>
          <w:rFonts w:cs="Arial"/>
          <w:sz w:val="24"/>
          <w:szCs w:val="28"/>
        </w:rPr>
        <w:t>Preencha todos os campos aplicáveis e salve o formulário no seu computador com o nome: Proposta_PPTC_2027_NomeDoProponente.pdf</w:t>
      </w:r>
    </w:p>
    <w:p w14:paraId="4928B3D0" w14:textId="77777777" w:rsidR="00F15C17" w:rsidRPr="003F1226" w:rsidRDefault="00F15C17" w:rsidP="00F15C17">
      <w:pPr>
        <w:keepNext/>
        <w:spacing w:before="220" w:after="100"/>
        <w:rPr>
          <w:rFonts w:cs="Arial"/>
          <w:b/>
          <w:color w:val="1F4E78"/>
          <w:sz w:val="44"/>
        </w:rPr>
      </w:pPr>
    </w:p>
    <w:p w14:paraId="398706A2" w14:textId="153EB470" w:rsidR="00F15C17" w:rsidRPr="003F1226" w:rsidRDefault="00F15C17" w:rsidP="00F15C17">
      <w:pPr>
        <w:keepNext/>
        <w:spacing w:before="220" w:after="100"/>
        <w:rPr>
          <w:rFonts w:cs="Arial"/>
        </w:rPr>
      </w:pPr>
      <w:r w:rsidRPr="003F1226">
        <w:rPr>
          <w:rFonts w:cs="Arial"/>
          <w:b/>
          <w:color w:val="1F4E78"/>
          <w:sz w:val="44"/>
        </w:rPr>
        <w:t xml:space="preserve">3  </w:t>
      </w:r>
      <w:r w:rsidRPr="00E04AE4">
        <w:rPr>
          <w:rFonts w:cs="Arial"/>
          <w:sz w:val="24"/>
          <w:szCs w:val="28"/>
        </w:rPr>
        <w:t>Acesse o e</w:t>
      </w:r>
      <w:r w:rsidR="00900DEB">
        <w:rPr>
          <w:rFonts w:cs="Arial"/>
          <w:sz w:val="24"/>
          <w:szCs w:val="28"/>
        </w:rPr>
        <w:t>-</w:t>
      </w:r>
      <w:r w:rsidRPr="00E04AE4">
        <w:rPr>
          <w:rFonts w:cs="Arial"/>
          <w:sz w:val="24"/>
          <w:szCs w:val="28"/>
        </w:rPr>
        <w:t>Protocolo e inclua um protocolo para a proposta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47"/>
        <w:gridCol w:w="6183"/>
      </w:tblGrid>
      <w:tr w:rsidR="00F15C17" w:rsidRPr="003F1226" w14:paraId="0671D201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0C16470D" w14:textId="77777777" w:rsidR="00F15C17" w:rsidRPr="003F1226" w:rsidRDefault="00F15C17" w:rsidP="001D0BD0">
            <w:pPr>
              <w:spacing w:after="0" w:line="240" w:lineRule="auto"/>
              <w:rPr>
                <w:rFonts w:cs="Arial"/>
              </w:rPr>
            </w:pPr>
            <w:r w:rsidRPr="003F1226">
              <w:rPr>
                <w:rFonts w:cs="Arial"/>
                <w:b/>
                <w:color w:val="FFFFFF"/>
              </w:rPr>
              <w:t>Campo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4DB07B2A" w14:textId="77777777" w:rsidR="00F15C17" w:rsidRPr="003F1226" w:rsidRDefault="00F15C17" w:rsidP="001D0BD0">
            <w:pPr>
              <w:spacing w:after="0" w:line="240" w:lineRule="auto"/>
              <w:rPr>
                <w:rFonts w:cs="Arial"/>
              </w:rPr>
            </w:pPr>
            <w:r w:rsidRPr="003F1226">
              <w:rPr>
                <w:rFonts w:cs="Arial"/>
                <w:b/>
                <w:color w:val="FFFFFF"/>
              </w:rPr>
              <w:t>Preenchimento</w:t>
            </w:r>
          </w:p>
        </w:tc>
      </w:tr>
      <w:tr w:rsidR="00F15C17" w:rsidRPr="003F1226" w14:paraId="045C226A" w14:textId="77777777" w:rsidTr="00F15C17">
        <w:trPr>
          <w:trHeight w:val="18"/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7921860" w14:textId="77777777" w:rsidR="00F15C17" w:rsidRPr="003F1226" w:rsidRDefault="00F15C17" w:rsidP="001D0BD0">
            <w:pPr>
              <w:spacing w:after="0" w:line="240" w:lineRule="auto"/>
              <w:rPr>
                <w:rFonts w:cs="Arial"/>
                <w:bCs/>
              </w:rPr>
            </w:pPr>
            <w:r w:rsidRPr="003F1226">
              <w:rPr>
                <w:rFonts w:cs="Arial"/>
                <w:bCs/>
              </w:rPr>
              <w:t>Órgão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ABDF491" w14:textId="77777777" w:rsidR="00F15C17" w:rsidRPr="003F1226" w:rsidRDefault="00F15C17" w:rsidP="001D0BD0">
            <w:pPr>
              <w:spacing w:after="0" w:line="240" w:lineRule="auto"/>
              <w:rPr>
                <w:rFonts w:cs="Arial"/>
              </w:rPr>
            </w:pPr>
            <w:r w:rsidRPr="003F1226">
              <w:rPr>
                <w:rFonts w:cs="Arial"/>
              </w:rPr>
              <w:t>IDR-PARANÁ - INSTITUTO DE DESENVOLVIMENTO RURAL DO PARANÁ - IAPAR-EMATER</w:t>
            </w:r>
          </w:p>
        </w:tc>
      </w:tr>
      <w:tr w:rsidR="00F15C17" w:rsidRPr="003F1226" w14:paraId="6FFD0A5C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DA0F7C6" w14:textId="77777777" w:rsidR="00F15C17" w:rsidRPr="003F1226" w:rsidRDefault="00F15C17" w:rsidP="001D0BD0">
            <w:pPr>
              <w:spacing w:after="0" w:line="240" w:lineRule="auto"/>
              <w:rPr>
                <w:rFonts w:cs="Arial"/>
                <w:bCs/>
              </w:rPr>
            </w:pPr>
            <w:r w:rsidRPr="003F1226">
              <w:rPr>
                <w:rFonts w:cs="Arial"/>
                <w:bCs/>
              </w:rPr>
              <w:t>Local de cadastro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34E5AC6" w14:textId="77777777" w:rsidR="00F15C17" w:rsidRPr="003F1226" w:rsidRDefault="00F15C17" w:rsidP="001D0BD0">
            <w:pPr>
              <w:spacing w:after="0" w:line="240" w:lineRule="auto"/>
              <w:rPr>
                <w:rFonts w:cs="Arial"/>
              </w:rPr>
            </w:pPr>
            <w:r w:rsidRPr="003F1226">
              <w:rPr>
                <w:rFonts w:cs="Arial"/>
              </w:rPr>
              <w:t>IDR/CED - CONSELHO EDITORIAL</w:t>
            </w:r>
          </w:p>
        </w:tc>
      </w:tr>
      <w:tr w:rsidR="00F15C17" w:rsidRPr="003F1226" w14:paraId="41DFB7BD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983609C" w14:textId="77777777" w:rsidR="00F15C17" w:rsidRPr="003F1226" w:rsidRDefault="00F15C17" w:rsidP="001D0BD0">
            <w:pPr>
              <w:spacing w:after="0" w:line="240" w:lineRule="auto"/>
              <w:rPr>
                <w:rFonts w:cs="Arial"/>
                <w:bCs/>
              </w:rPr>
            </w:pPr>
            <w:r w:rsidRPr="003F1226">
              <w:rPr>
                <w:rFonts w:cs="Arial"/>
                <w:bCs/>
              </w:rPr>
              <w:t>Espécie do documento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01E34E3" w14:textId="77777777" w:rsidR="00F15C17" w:rsidRPr="003F1226" w:rsidRDefault="00F15C17" w:rsidP="001D0BD0">
            <w:pPr>
              <w:spacing w:after="0" w:line="240" w:lineRule="auto"/>
              <w:rPr>
                <w:rFonts w:cs="Arial"/>
              </w:rPr>
            </w:pPr>
            <w:r w:rsidRPr="003F1226">
              <w:rPr>
                <w:rFonts w:cs="Arial"/>
              </w:rPr>
              <w:t>BOLETIM TÉCNICO ou LIVRO, conforme a proposta</w:t>
            </w:r>
          </w:p>
        </w:tc>
      </w:tr>
      <w:tr w:rsidR="00F15C17" w:rsidRPr="003F1226" w14:paraId="6C9ACA88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E98AE3E" w14:textId="77777777" w:rsidR="00F15C17" w:rsidRPr="003F1226" w:rsidRDefault="00F15C17" w:rsidP="001D0BD0">
            <w:pPr>
              <w:spacing w:after="0" w:line="240" w:lineRule="auto"/>
              <w:rPr>
                <w:rFonts w:cs="Arial"/>
                <w:bCs/>
              </w:rPr>
            </w:pPr>
            <w:r w:rsidRPr="003F1226">
              <w:rPr>
                <w:rFonts w:cs="Arial"/>
                <w:bCs/>
              </w:rPr>
              <w:t>Assunto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2615F89" w14:textId="77777777" w:rsidR="00F15C17" w:rsidRPr="003F1226" w:rsidRDefault="00F15C17" w:rsidP="001D0BD0">
            <w:pPr>
              <w:spacing w:after="0" w:line="240" w:lineRule="auto"/>
              <w:rPr>
                <w:rFonts w:cs="Arial"/>
              </w:rPr>
            </w:pPr>
            <w:r w:rsidRPr="003F1226">
              <w:rPr>
                <w:rFonts w:cs="Arial"/>
              </w:rPr>
              <w:t>PUBLICAÇÃO</w:t>
            </w:r>
          </w:p>
        </w:tc>
      </w:tr>
      <w:tr w:rsidR="00F15C17" w:rsidRPr="003F1226" w14:paraId="3C19E441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958B35B" w14:textId="77777777" w:rsidR="00F15C17" w:rsidRPr="003F1226" w:rsidRDefault="00F15C17" w:rsidP="001D0BD0">
            <w:pPr>
              <w:spacing w:after="0" w:line="240" w:lineRule="auto"/>
              <w:rPr>
                <w:rFonts w:cs="Arial"/>
                <w:bCs/>
              </w:rPr>
            </w:pPr>
            <w:r w:rsidRPr="003F1226">
              <w:rPr>
                <w:rFonts w:cs="Arial"/>
                <w:bCs/>
              </w:rPr>
              <w:t>Palavra-chave 1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AE55C7D" w14:textId="77777777" w:rsidR="00F15C17" w:rsidRPr="003F1226" w:rsidRDefault="00F15C17" w:rsidP="001D0BD0">
            <w:pPr>
              <w:spacing w:after="0" w:line="240" w:lineRule="auto"/>
              <w:rPr>
                <w:rFonts w:cs="Arial"/>
              </w:rPr>
            </w:pPr>
            <w:r w:rsidRPr="003F1226">
              <w:rPr>
                <w:rFonts w:cs="Arial"/>
              </w:rPr>
              <w:t>Área de atuação relacionada à proposta</w:t>
            </w:r>
          </w:p>
        </w:tc>
      </w:tr>
    </w:tbl>
    <w:p w14:paraId="3379B470" w14:textId="77777777" w:rsidR="00F15C17" w:rsidRPr="003F1226" w:rsidRDefault="00F15C17">
      <w:pPr>
        <w:spacing w:after="200" w:line="276" w:lineRule="auto"/>
        <w:rPr>
          <w:rFonts w:cs="Arial"/>
          <w:b/>
          <w:color w:val="1F4E78"/>
          <w:sz w:val="44"/>
        </w:rPr>
      </w:pPr>
      <w:r w:rsidRPr="003F1226">
        <w:rPr>
          <w:rFonts w:cs="Arial"/>
          <w:b/>
          <w:color w:val="1F4E78"/>
          <w:sz w:val="44"/>
        </w:rPr>
        <w:br w:type="page"/>
      </w:r>
    </w:p>
    <w:p w14:paraId="5F0C0361" w14:textId="77777777" w:rsidR="00F15C17" w:rsidRPr="00E04AE4" w:rsidRDefault="00F15C17" w:rsidP="00F15C17">
      <w:pPr>
        <w:keepNext/>
        <w:spacing w:before="220" w:after="100"/>
        <w:rPr>
          <w:rFonts w:cs="Arial"/>
          <w:sz w:val="24"/>
          <w:szCs w:val="28"/>
        </w:rPr>
      </w:pPr>
      <w:r w:rsidRPr="003F1226">
        <w:rPr>
          <w:rFonts w:cs="Arial"/>
          <w:b/>
          <w:color w:val="1F4E78"/>
          <w:sz w:val="44"/>
        </w:rPr>
        <w:lastRenderedPageBreak/>
        <w:t xml:space="preserve">4 </w:t>
      </w:r>
      <w:r w:rsidRPr="00E04AE4">
        <w:rPr>
          <w:rFonts w:cs="Arial"/>
          <w:sz w:val="24"/>
          <w:szCs w:val="28"/>
        </w:rPr>
        <w:t>Insira o despacho abaixo após incluir os dados da proposta</w:t>
      </w:r>
    </w:p>
    <w:p w14:paraId="6AEA8025" w14:textId="77777777" w:rsidR="00F15C17" w:rsidRPr="00E04AE4" w:rsidRDefault="00F15C17" w:rsidP="00F15C17">
      <w:pPr>
        <w:spacing w:after="80" w:line="240" w:lineRule="auto"/>
        <w:ind w:left="432" w:right="144"/>
        <w:rPr>
          <w:rFonts w:cs="Arial"/>
          <w:sz w:val="24"/>
          <w:szCs w:val="28"/>
        </w:rPr>
      </w:pPr>
    </w:p>
    <w:p w14:paraId="4142F876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 xml:space="preserve">Prezado(a) </w:t>
      </w:r>
      <w:r w:rsidRPr="00E04AE4">
        <w:rPr>
          <w:rFonts w:cs="Arial"/>
          <w:color w:val="EE0000"/>
          <w:sz w:val="24"/>
          <w:szCs w:val="24"/>
        </w:rPr>
        <w:t>[NOME DO ASSESSOR TÉCNICO ESTADUAL D</w:t>
      </w:r>
      <w:r w:rsidR="003E7F30" w:rsidRPr="00E04AE4">
        <w:rPr>
          <w:rFonts w:cs="Arial"/>
          <w:color w:val="EE0000"/>
          <w:sz w:val="24"/>
          <w:szCs w:val="24"/>
        </w:rPr>
        <w:t>O</w:t>
      </w:r>
      <w:r w:rsidRPr="00E04AE4">
        <w:rPr>
          <w:rFonts w:cs="Arial"/>
          <w:color w:val="EE0000"/>
          <w:sz w:val="24"/>
          <w:szCs w:val="24"/>
        </w:rPr>
        <w:t xml:space="preserve"> PROGRAMA],</w:t>
      </w:r>
    </w:p>
    <w:p w14:paraId="4142ABCC" w14:textId="219CE21D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 xml:space="preserve">Assessor(a) Técnico(a) </w:t>
      </w:r>
      <w:r w:rsidR="00481C5A" w:rsidRPr="00E04AE4">
        <w:rPr>
          <w:rFonts w:cs="Arial"/>
          <w:sz w:val="24"/>
          <w:szCs w:val="24"/>
        </w:rPr>
        <w:t xml:space="preserve">Estadual </w:t>
      </w:r>
      <w:r w:rsidRPr="00E04AE4">
        <w:rPr>
          <w:rFonts w:cs="Arial"/>
          <w:sz w:val="24"/>
          <w:szCs w:val="24"/>
        </w:rPr>
        <w:t>d</w:t>
      </w:r>
      <w:r w:rsidR="003E7F30" w:rsidRPr="00E04AE4">
        <w:rPr>
          <w:rFonts w:cs="Arial"/>
          <w:sz w:val="24"/>
          <w:szCs w:val="24"/>
        </w:rPr>
        <w:t>o</w:t>
      </w:r>
      <w:r w:rsidRPr="00E04AE4">
        <w:rPr>
          <w:rFonts w:cs="Arial"/>
          <w:sz w:val="24"/>
          <w:szCs w:val="24"/>
        </w:rPr>
        <w:t xml:space="preserve"> Programa</w:t>
      </w:r>
      <w:r w:rsidR="00900DEB">
        <w:rPr>
          <w:rFonts w:cs="Arial"/>
          <w:sz w:val="24"/>
          <w:szCs w:val="24"/>
        </w:rPr>
        <w:t xml:space="preserve"> </w:t>
      </w:r>
      <w:r w:rsidRPr="00E04AE4">
        <w:rPr>
          <w:rFonts w:cs="Arial"/>
          <w:color w:val="EE0000"/>
          <w:sz w:val="24"/>
          <w:szCs w:val="24"/>
        </w:rPr>
        <w:t>[NOME DO PROGRAMA]</w:t>
      </w:r>
    </w:p>
    <w:p w14:paraId="35C57E49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748A93CD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Encaminho para análise e anuência a proposta de publicação técnico-científica abaixo identificada, para composição do Plano Anual de Publicações Técnico-Científicas PPTC 2027 do IDR-Paraná.</w:t>
      </w:r>
    </w:p>
    <w:p w14:paraId="03552526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747ED813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Título da proposta:</w:t>
      </w:r>
      <w:r w:rsidRPr="00E04AE4">
        <w:rPr>
          <w:rFonts w:cs="Arial"/>
          <w:color w:val="EE0000"/>
          <w:sz w:val="24"/>
          <w:szCs w:val="24"/>
        </w:rPr>
        <w:t xml:space="preserve"> [TÍTULO DA PUBLICAÇÃO]</w:t>
      </w:r>
    </w:p>
    <w:p w14:paraId="413456BA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Tipo de publicação:</w:t>
      </w:r>
      <w:r w:rsidRPr="00E04AE4">
        <w:rPr>
          <w:rFonts w:cs="Arial"/>
          <w:color w:val="EE0000"/>
          <w:sz w:val="24"/>
          <w:szCs w:val="24"/>
        </w:rPr>
        <w:t xml:space="preserve"> [LIVRO ou BOLETIM TÉCNICO</w:t>
      </w:r>
      <w:r w:rsidR="00D46FBC" w:rsidRPr="00E04AE4">
        <w:rPr>
          <w:rFonts w:cs="Arial"/>
          <w:color w:val="EE0000"/>
          <w:sz w:val="24"/>
          <w:szCs w:val="24"/>
        </w:rPr>
        <w:t xml:space="preserve">: ORIGINAL, REEDIÇÃO </w:t>
      </w:r>
      <w:r w:rsidR="00724E6E" w:rsidRPr="00E04AE4">
        <w:rPr>
          <w:rFonts w:cs="Arial"/>
          <w:color w:val="EE0000"/>
          <w:sz w:val="24"/>
          <w:szCs w:val="24"/>
        </w:rPr>
        <w:t xml:space="preserve">ou </w:t>
      </w:r>
      <w:r w:rsidR="00D46FBC" w:rsidRPr="00E04AE4">
        <w:rPr>
          <w:rFonts w:cs="Arial"/>
          <w:color w:val="EE0000"/>
          <w:sz w:val="24"/>
          <w:szCs w:val="24"/>
        </w:rPr>
        <w:t>REIMPRESSÃO]</w:t>
      </w:r>
    </w:p>
    <w:p w14:paraId="0FEFF7DD" w14:textId="1A9B3992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sz w:val="24"/>
          <w:szCs w:val="24"/>
        </w:rPr>
        <w:t>Programa:</w:t>
      </w:r>
      <w:r w:rsidR="00900DEB">
        <w:rPr>
          <w:rFonts w:cs="Arial"/>
          <w:sz w:val="24"/>
          <w:szCs w:val="24"/>
        </w:rPr>
        <w:t xml:space="preserve"> </w:t>
      </w:r>
      <w:r w:rsidRPr="00E04AE4">
        <w:rPr>
          <w:rFonts w:cs="Arial"/>
          <w:color w:val="EE0000"/>
          <w:sz w:val="24"/>
          <w:szCs w:val="24"/>
        </w:rPr>
        <w:t>[NOME DO PROGRAMA]</w:t>
      </w:r>
    </w:p>
    <w:p w14:paraId="0404880B" w14:textId="77777777" w:rsidR="00724E6E" w:rsidRPr="00E04AE4" w:rsidRDefault="00724E6E" w:rsidP="00F15C17">
      <w:pPr>
        <w:spacing w:after="80" w:line="240" w:lineRule="auto"/>
        <w:ind w:left="432" w:right="144"/>
        <w:jc w:val="both"/>
        <w:rPr>
          <w:rFonts w:cs="Arial"/>
          <w:b/>
          <w:bCs/>
          <w:sz w:val="24"/>
          <w:szCs w:val="24"/>
        </w:rPr>
      </w:pPr>
      <w:r w:rsidRPr="00E04AE4">
        <w:rPr>
          <w:rFonts w:cs="Arial"/>
          <w:b/>
          <w:bCs/>
          <w:sz w:val="24"/>
          <w:szCs w:val="24"/>
        </w:rPr>
        <w:t xml:space="preserve">SEPAC: </w:t>
      </w:r>
      <w:r w:rsidRPr="001A4282">
        <w:rPr>
          <w:rFonts w:cs="Arial"/>
          <w:color w:val="EE0000"/>
          <w:sz w:val="24"/>
          <w:szCs w:val="24"/>
        </w:rPr>
        <w:t xml:space="preserve">[NÚMERO DO PROJETO AO QUAL A PUBLICAÇÃO ESTÁ VINCULADA, </w:t>
      </w:r>
      <w:r w:rsidR="001C634A" w:rsidRPr="001A4282">
        <w:rPr>
          <w:rFonts w:cs="Arial"/>
          <w:color w:val="EE0000"/>
          <w:sz w:val="24"/>
          <w:szCs w:val="24"/>
        </w:rPr>
        <w:t>QUANDO PERTINENTE</w:t>
      </w:r>
      <w:r w:rsidRPr="001A4282">
        <w:rPr>
          <w:rFonts w:cs="Arial"/>
          <w:color w:val="EE0000"/>
          <w:sz w:val="24"/>
          <w:szCs w:val="24"/>
        </w:rPr>
        <w:t>]</w:t>
      </w:r>
    </w:p>
    <w:p w14:paraId="3CE3CEA9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Proponente:</w:t>
      </w:r>
      <w:r w:rsidRPr="00E04AE4">
        <w:rPr>
          <w:rFonts w:cs="Arial"/>
          <w:color w:val="EE0000"/>
          <w:sz w:val="24"/>
          <w:szCs w:val="24"/>
        </w:rPr>
        <w:t xml:space="preserve"> [NOME DO AUTOR, EDITOR TÉCNICO OU ORGANIZADOR PROPONENTE]</w:t>
      </w:r>
    </w:p>
    <w:p w14:paraId="0A7BF9DF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512D96A2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O Formulário de Proposta de Publicação ao PPTC 2027, devidamente preenchido, encontra-se anexado a este processo.</w:t>
      </w:r>
    </w:p>
    <w:p w14:paraId="5CF8AEA6" w14:textId="43502931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 xml:space="preserve">Após análise e manifestação, solicito o encaminhamento do processo </w:t>
      </w:r>
      <w:r w:rsidR="006B3269">
        <w:rPr>
          <w:rFonts w:cs="Arial"/>
          <w:sz w:val="24"/>
          <w:szCs w:val="24"/>
        </w:rPr>
        <w:t>ao</w:t>
      </w:r>
      <w:r w:rsidRPr="00E04AE4">
        <w:rPr>
          <w:rFonts w:cs="Arial"/>
          <w:sz w:val="24"/>
          <w:szCs w:val="24"/>
        </w:rPr>
        <w:t xml:space="preserve"> Coordenador do Conselho Editorial para recebimento, consolidação e posterior deliberação.</w:t>
      </w:r>
    </w:p>
    <w:p w14:paraId="4B51026D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7DD6ED8E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>[NOME DO AUTOR, EDITOR TÉCNICO OU ORGANIZADOR PROPONENTE]</w:t>
      </w:r>
    </w:p>
    <w:p w14:paraId="3964583F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>[VÍNCULO INSTITUCIONAL]</w:t>
      </w:r>
    </w:p>
    <w:p w14:paraId="599A45DF" w14:textId="77777777" w:rsidR="00F15C17" w:rsidRPr="003F1226" w:rsidRDefault="00F15C17" w:rsidP="00F15C17">
      <w:pPr>
        <w:spacing w:before="220" w:after="100"/>
        <w:rPr>
          <w:rFonts w:cs="Arial"/>
          <w:b/>
          <w:color w:val="1F4E78"/>
          <w:sz w:val="44"/>
        </w:rPr>
      </w:pPr>
    </w:p>
    <w:p w14:paraId="0E7765D0" w14:textId="77777777" w:rsidR="00F15C17" w:rsidRPr="00E04AE4" w:rsidRDefault="00F15C17" w:rsidP="00F15C17">
      <w:pPr>
        <w:spacing w:before="220" w:after="100"/>
        <w:rPr>
          <w:rFonts w:cs="Arial"/>
          <w:sz w:val="24"/>
          <w:szCs w:val="28"/>
        </w:rPr>
      </w:pPr>
      <w:r w:rsidRPr="003F1226">
        <w:rPr>
          <w:rFonts w:cs="Arial"/>
          <w:b/>
          <w:color w:val="1F4E78"/>
          <w:sz w:val="44"/>
        </w:rPr>
        <w:t xml:space="preserve">5  </w:t>
      </w:r>
      <w:r w:rsidRPr="00E04AE4">
        <w:rPr>
          <w:rFonts w:cs="Arial"/>
          <w:sz w:val="24"/>
          <w:szCs w:val="28"/>
        </w:rPr>
        <w:t>Inclua o formulário preenchido como anexo</w:t>
      </w:r>
    </w:p>
    <w:p w14:paraId="1589A253" w14:textId="77777777" w:rsidR="00F15C17" w:rsidRPr="003F1226" w:rsidRDefault="00F15C17" w:rsidP="00F15C17">
      <w:pPr>
        <w:keepNext/>
        <w:spacing w:before="220" w:after="100"/>
        <w:jc w:val="both"/>
        <w:rPr>
          <w:rFonts w:cs="Arial"/>
          <w:b/>
          <w:color w:val="1F4E78"/>
          <w:sz w:val="44"/>
        </w:rPr>
      </w:pPr>
    </w:p>
    <w:p w14:paraId="5C2501BF" w14:textId="77777777" w:rsidR="00F15C17" w:rsidRPr="00E04AE4" w:rsidRDefault="00F15C17" w:rsidP="00F15C17">
      <w:pPr>
        <w:keepNext/>
        <w:spacing w:before="220" w:after="100"/>
        <w:jc w:val="both"/>
        <w:rPr>
          <w:rFonts w:cs="Arial"/>
          <w:sz w:val="24"/>
          <w:szCs w:val="28"/>
        </w:rPr>
      </w:pPr>
      <w:r w:rsidRPr="003F1226">
        <w:rPr>
          <w:rFonts w:cs="Arial"/>
          <w:b/>
          <w:color w:val="1F4E78"/>
          <w:sz w:val="44"/>
        </w:rPr>
        <w:t xml:space="preserve">6  </w:t>
      </w:r>
      <w:r w:rsidRPr="00E04AE4">
        <w:rPr>
          <w:rFonts w:cs="Arial"/>
          <w:sz w:val="24"/>
          <w:szCs w:val="28"/>
        </w:rPr>
        <w:t>Encaminhe o processo ao Assessor Técnico Estadual d</w:t>
      </w:r>
      <w:r w:rsidR="003E7F30" w:rsidRPr="00E04AE4">
        <w:rPr>
          <w:rFonts w:cs="Arial"/>
          <w:sz w:val="24"/>
          <w:szCs w:val="28"/>
        </w:rPr>
        <w:t>o</w:t>
      </w:r>
      <w:r w:rsidRPr="00E04AE4">
        <w:rPr>
          <w:rFonts w:cs="Arial"/>
          <w:sz w:val="24"/>
          <w:szCs w:val="28"/>
        </w:rPr>
        <w:t xml:space="preserve"> Programa correspondente, para análise e encaminhamento.</w:t>
      </w:r>
    </w:p>
    <w:p w14:paraId="12C0F40D" w14:textId="77777777" w:rsidR="00F15C17" w:rsidRPr="003F1226" w:rsidRDefault="00F15C17">
      <w:pPr>
        <w:spacing w:after="200" w:line="276" w:lineRule="auto"/>
        <w:rPr>
          <w:rFonts w:cs="Arial"/>
          <w:b/>
          <w:color w:val="000000"/>
          <w:sz w:val="40"/>
          <w:szCs w:val="40"/>
        </w:rPr>
      </w:pPr>
      <w:r w:rsidRPr="003F1226">
        <w:rPr>
          <w:rFonts w:cs="Arial"/>
          <w:b/>
          <w:color w:val="000000"/>
          <w:sz w:val="40"/>
          <w:szCs w:val="40"/>
        </w:rPr>
        <w:br w:type="page"/>
      </w:r>
    </w:p>
    <w:p w14:paraId="0F5F4D46" w14:textId="77777777" w:rsidR="00E04AE4" w:rsidRPr="00E04AE4" w:rsidRDefault="00E04AE4" w:rsidP="00E04AE4">
      <w:pPr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14:paraId="562432E5" w14:textId="77777777" w:rsidR="00F15C17" w:rsidRPr="003F1226" w:rsidRDefault="00F15C17" w:rsidP="00F15C17">
      <w:pPr>
        <w:spacing w:after="280"/>
        <w:rPr>
          <w:rFonts w:cs="Arial"/>
          <w:sz w:val="40"/>
          <w:szCs w:val="40"/>
        </w:rPr>
      </w:pPr>
      <w:r w:rsidRPr="003F1226">
        <w:rPr>
          <w:rFonts w:cs="Arial"/>
          <w:b/>
          <w:color w:val="000000"/>
          <w:sz w:val="40"/>
          <w:szCs w:val="40"/>
        </w:rPr>
        <w:t>ASSESSOR TÉCNICO ESTADUAL D</w:t>
      </w:r>
      <w:r w:rsidR="003E7F30" w:rsidRPr="003F1226">
        <w:rPr>
          <w:rFonts w:cs="Arial"/>
          <w:b/>
          <w:color w:val="000000"/>
          <w:sz w:val="40"/>
          <w:szCs w:val="40"/>
        </w:rPr>
        <w:t>O</w:t>
      </w:r>
      <w:r w:rsidRPr="003F1226">
        <w:rPr>
          <w:rFonts w:cs="Arial"/>
          <w:b/>
          <w:color w:val="000000"/>
          <w:sz w:val="40"/>
          <w:szCs w:val="40"/>
        </w:rPr>
        <w:t xml:space="preserve"> PROGRAMA</w:t>
      </w:r>
    </w:p>
    <w:p w14:paraId="45C16B6F" w14:textId="77777777" w:rsidR="00F15C17" w:rsidRPr="00E04AE4" w:rsidRDefault="00F15C17" w:rsidP="00F15C17">
      <w:pPr>
        <w:keepNext/>
        <w:spacing w:before="220" w:after="100"/>
        <w:jc w:val="both"/>
        <w:rPr>
          <w:rFonts w:cs="Arial"/>
          <w:sz w:val="24"/>
          <w:szCs w:val="24"/>
        </w:rPr>
      </w:pPr>
      <w:r w:rsidRPr="003F1226">
        <w:rPr>
          <w:rFonts w:cs="Arial"/>
          <w:b/>
          <w:color w:val="1F4E78"/>
          <w:sz w:val="44"/>
        </w:rPr>
        <w:t xml:space="preserve">7 </w:t>
      </w:r>
      <w:r w:rsidRPr="00E04AE4">
        <w:rPr>
          <w:rFonts w:cs="Arial"/>
          <w:sz w:val="24"/>
          <w:szCs w:val="24"/>
        </w:rPr>
        <w:t>Analise a proposta e insira o despacho abaixo</w:t>
      </w:r>
    </w:p>
    <w:p w14:paraId="28435EE9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3B9CE577" w14:textId="33029519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Prezad</w:t>
      </w:r>
      <w:r w:rsidR="00C57816">
        <w:rPr>
          <w:rFonts w:cs="Arial"/>
          <w:sz w:val="24"/>
          <w:szCs w:val="24"/>
        </w:rPr>
        <w:t>o</w:t>
      </w:r>
      <w:r w:rsidRPr="00E04AE4">
        <w:rPr>
          <w:rFonts w:cs="Arial"/>
          <w:sz w:val="24"/>
          <w:szCs w:val="24"/>
        </w:rPr>
        <w:t xml:space="preserve"> Coordenador</w:t>
      </w:r>
      <w:r w:rsidR="00C57816">
        <w:rPr>
          <w:rFonts w:cs="Arial"/>
          <w:sz w:val="24"/>
          <w:szCs w:val="24"/>
        </w:rPr>
        <w:t xml:space="preserve"> </w:t>
      </w:r>
      <w:r w:rsidRPr="00E04AE4">
        <w:rPr>
          <w:rFonts w:cs="Arial"/>
          <w:sz w:val="24"/>
          <w:szCs w:val="24"/>
        </w:rPr>
        <w:t>do Conselho Editorial do IDR-Paraná,</w:t>
      </w:r>
    </w:p>
    <w:p w14:paraId="0D1BD163" w14:textId="01329E00" w:rsidR="00F15C17" w:rsidRPr="00082E49" w:rsidRDefault="00082E49" w:rsidP="00F15C17">
      <w:pPr>
        <w:spacing w:after="80" w:line="240" w:lineRule="auto"/>
        <w:ind w:left="432" w:right="144"/>
        <w:jc w:val="both"/>
        <w:rPr>
          <w:rFonts w:cs="Arial"/>
          <w:strike/>
          <w:sz w:val="24"/>
          <w:szCs w:val="24"/>
        </w:rPr>
      </w:pPr>
      <w:r w:rsidRPr="00AD57D4">
        <w:rPr>
          <w:rFonts w:cs="Arial"/>
          <w:sz w:val="24"/>
          <w:szCs w:val="24"/>
        </w:rPr>
        <w:t xml:space="preserve">Dimas </w:t>
      </w:r>
      <w:r w:rsidR="00AD57D4" w:rsidRPr="00AD57D4">
        <w:rPr>
          <w:rFonts w:cs="Arial"/>
          <w:sz w:val="24"/>
          <w:szCs w:val="24"/>
        </w:rPr>
        <w:t xml:space="preserve">Soares </w:t>
      </w:r>
      <w:r w:rsidRPr="00AD57D4">
        <w:rPr>
          <w:rFonts w:cs="Arial"/>
          <w:sz w:val="24"/>
          <w:szCs w:val="24"/>
        </w:rPr>
        <w:t>Júnior</w:t>
      </w:r>
    </w:p>
    <w:p w14:paraId="7F3C7D8E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4EA9B270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Após análise do Formulário de Proposta de Publicação ao PPTC 2027 anexado a este processo, referente à proposta abaixo identificada:</w:t>
      </w:r>
    </w:p>
    <w:p w14:paraId="5F2F4448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335B76F1" w14:textId="4FFC5102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Título da proposta:</w:t>
      </w:r>
      <w:r w:rsidR="00900DEB">
        <w:rPr>
          <w:rFonts w:cs="Arial"/>
          <w:sz w:val="24"/>
          <w:szCs w:val="24"/>
        </w:rPr>
        <w:t xml:space="preserve"> </w:t>
      </w:r>
      <w:r w:rsidRPr="00E04AE4">
        <w:rPr>
          <w:rFonts w:cs="Arial"/>
          <w:color w:val="EE0000"/>
          <w:sz w:val="24"/>
          <w:szCs w:val="24"/>
        </w:rPr>
        <w:t>[TÍTULO DA PUBLICAÇÃO]</w:t>
      </w:r>
    </w:p>
    <w:p w14:paraId="56EECDE5" w14:textId="1DBC91B2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Proponente:</w:t>
      </w:r>
      <w:r w:rsidR="00900DEB">
        <w:rPr>
          <w:rFonts w:cs="Arial"/>
          <w:sz w:val="24"/>
          <w:szCs w:val="24"/>
        </w:rPr>
        <w:t xml:space="preserve"> </w:t>
      </w:r>
      <w:r w:rsidRPr="00E04AE4">
        <w:rPr>
          <w:rFonts w:cs="Arial"/>
          <w:color w:val="EE0000"/>
          <w:sz w:val="24"/>
          <w:szCs w:val="24"/>
        </w:rPr>
        <w:t>[NOME DO PROPONENTE]</w:t>
      </w:r>
    </w:p>
    <w:p w14:paraId="225DBBEF" w14:textId="662E1694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Tipo de publicação:</w:t>
      </w:r>
      <w:r w:rsidR="00900DEB">
        <w:rPr>
          <w:rFonts w:cs="Arial"/>
          <w:sz w:val="24"/>
          <w:szCs w:val="24"/>
        </w:rPr>
        <w:t xml:space="preserve"> </w:t>
      </w:r>
      <w:r w:rsidRPr="00E04AE4">
        <w:rPr>
          <w:rFonts w:cs="Arial"/>
          <w:color w:val="EE0000"/>
          <w:sz w:val="24"/>
          <w:szCs w:val="24"/>
        </w:rPr>
        <w:t>[LIVRO ou BOLETIM TÉCNICO]</w:t>
      </w:r>
    </w:p>
    <w:p w14:paraId="00FF8F54" w14:textId="11251F75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Programa:</w:t>
      </w:r>
      <w:r w:rsidR="00900DEB">
        <w:rPr>
          <w:rFonts w:cs="Arial"/>
          <w:sz w:val="24"/>
          <w:szCs w:val="24"/>
        </w:rPr>
        <w:t xml:space="preserve"> </w:t>
      </w:r>
      <w:r w:rsidRPr="00E04AE4">
        <w:rPr>
          <w:rFonts w:cs="Arial"/>
          <w:color w:val="EE0000"/>
          <w:sz w:val="24"/>
          <w:szCs w:val="24"/>
        </w:rPr>
        <w:t>[NOME DO PROGRAMA]</w:t>
      </w:r>
    </w:p>
    <w:p w14:paraId="672A3246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Manifestação:</w:t>
      </w:r>
    </w:p>
    <w:p w14:paraId="58D7A070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>[ANUÊNCIA à submissão da proposta ao Conselho Editorial.]</w:t>
      </w:r>
    </w:p>
    <w:p w14:paraId="6332DB67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>[ANUÊNCIA COM RESSALVAS, conforme justificativa abaixo.]</w:t>
      </w:r>
    </w:p>
    <w:p w14:paraId="3117DBC8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>[NÃO ANUÊNCIA, conforme justificativa abaixo.]</w:t>
      </w:r>
    </w:p>
    <w:p w14:paraId="7B574791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1F4E78"/>
          <w:sz w:val="24"/>
          <w:szCs w:val="24"/>
        </w:rPr>
      </w:pPr>
    </w:p>
    <w:p w14:paraId="5E61838E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Justificativa ou observações:</w:t>
      </w:r>
    </w:p>
    <w:p w14:paraId="5E00BE6B" w14:textId="77777777" w:rsidR="008C3326" w:rsidRPr="00E04AE4" w:rsidRDefault="008C3326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Considerar o conteúdo, a vinculação da proposta ao programa, às atividades ou projetos institucionais, ao SEPAC, quando aplicável, sua pertinência institucional e a viabilidade de execução.</w:t>
      </w:r>
    </w:p>
    <w:p w14:paraId="5D95F4EC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 xml:space="preserve">[INSERIR </w:t>
      </w:r>
      <w:r w:rsidR="008C3326" w:rsidRPr="00E04AE4">
        <w:rPr>
          <w:rFonts w:cs="Arial"/>
          <w:color w:val="EE0000"/>
          <w:sz w:val="24"/>
          <w:szCs w:val="24"/>
        </w:rPr>
        <w:t>OUTRAS INFORMAÇÕES</w:t>
      </w:r>
      <w:r w:rsidRPr="00E04AE4">
        <w:rPr>
          <w:rFonts w:cs="Arial"/>
          <w:color w:val="EE0000"/>
          <w:sz w:val="24"/>
          <w:szCs w:val="24"/>
        </w:rPr>
        <w:t>, QUANDO APLICÁVEL]</w:t>
      </w:r>
    </w:p>
    <w:p w14:paraId="5CE1EAB5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61F60DF3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  <w:r w:rsidRPr="00E04AE4">
        <w:rPr>
          <w:rFonts w:cs="Arial"/>
          <w:sz w:val="24"/>
          <w:szCs w:val="24"/>
        </w:rPr>
        <w:t>Encaminho o processo para as providências cabíveis, conforme a manifestação acima.</w:t>
      </w:r>
    </w:p>
    <w:p w14:paraId="37820835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sz w:val="24"/>
          <w:szCs w:val="24"/>
        </w:rPr>
      </w:pPr>
    </w:p>
    <w:p w14:paraId="1281A66F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1F4E78"/>
          <w:sz w:val="24"/>
          <w:szCs w:val="24"/>
        </w:rPr>
      </w:pPr>
      <w:r w:rsidRPr="00E04AE4">
        <w:rPr>
          <w:rFonts w:cs="Arial"/>
          <w:color w:val="1F4E78"/>
          <w:sz w:val="24"/>
          <w:szCs w:val="24"/>
        </w:rPr>
        <w:t>Atenciosamente,</w:t>
      </w:r>
    </w:p>
    <w:p w14:paraId="12DAA740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1F4E78"/>
          <w:sz w:val="24"/>
          <w:szCs w:val="24"/>
        </w:rPr>
      </w:pPr>
    </w:p>
    <w:p w14:paraId="694EFB31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>[NOME DO ASSESSOR TÉCNICO ESTADUAL D</w:t>
      </w:r>
      <w:r w:rsidR="00481C5A" w:rsidRPr="00E04AE4">
        <w:rPr>
          <w:rFonts w:cs="Arial"/>
          <w:color w:val="EE0000"/>
          <w:sz w:val="24"/>
          <w:szCs w:val="24"/>
        </w:rPr>
        <w:t>O</w:t>
      </w:r>
      <w:r w:rsidRPr="00E04AE4">
        <w:rPr>
          <w:rFonts w:cs="Arial"/>
          <w:color w:val="EE0000"/>
          <w:sz w:val="24"/>
          <w:szCs w:val="24"/>
        </w:rPr>
        <w:t xml:space="preserve"> PROGRAMA]</w:t>
      </w:r>
    </w:p>
    <w:p w14:paraId="160788CE" w14:textId="77777777" w:rsidR="00F15C17" w:rsidRPr="00E04AE4" w:rsidRDefault="00F15C17" w:rsidP="00F15C17">
      <w:pPr>
        <w:spacing w:after="80" w:line="240" w:lineRule="auto"/>
        <w:ind w:left="432" w:right="144"/>
        <w:jc w:val="both"/>
        <w:rPr>
          <w:rFonts w:cs="Arial"/>
          <w:color w:val="EE0000"/>
          <w:sz w:val="24"/>
          <w:szCs w:val="24"/>
        </w:rPr>
      </w:pPr>
      <w:r w:rsidRPr="00E04AE4">
        <w:rPr>
          <w:rFonts w:cs="Arial"/>
          <w:color w:val="EE0000"/>
          <w:sz w:val="24"/>
          <w:szCs w:val="24"/>
        </w:rPr>
        <w:t xml:space="preserve">Assessor(a) Técnico(a) </w:t>
      </w:r>
      <w:r w:rsidR="00481C5A" w:rsidRPr="00E04AE4">
        <w:rPr>
          <w:rFonts w:cs="Arial"/>
          <w:color w:val="EE0000"/>
          <w:sz w:val="24"/>
          <w:szCs w:val="24"/>
        </w:rPr>
        <w:t xml:space="preserve">Estadual </w:t>
      </w:r>
      <w:r w:rsidRPr="00E04AE4">
        <w:rPr>
          <w:rFonts w:cs="Arial"/>
          <w:color w:val="EE0000"/>
          <w:sz w:val="24"/>
          <w:szCs w:val="24"/>
        </w:rPr>
        <w:t>d</w:t>
      </w:r>
      <w:r w:rsidR="003E7F30" w:rsidRPr="00E04AE4">
        <w:rPr>
          <w:rFonts w:cs="Arial"/>
          <w:color w:val="EE0000"/>
          <w:sz w:val="24"/>
          <w:szCs w:val="24"/>
        </w:rPr>
        <w:t>o</w:t>
      </w:r>
      <w:r w:rsidRPr="00E04AE4">
        <w:rPr>
          <w:rFonts w:cs="Arial"/>
          <w:color w:val="EE0000"/>
          <w:sz w:val="24"/>
          <w:szCs w:val="24"/>
        </w:rPr>
        <w:t xml:space="preserve"> Programa [NOME DO PROGRAMA]</w:t>
      </w:r>
    </w:p>
    <w:p w14:paraId="3A17FFEF" w14:textId="77777777" w:rsidR="00F15C17" w:rsidRPr="003F1226" w:rsidRDefault="00F15C17" w:rsidP="00F15C17">
      <w:pPr>
        <w:spacing w:after="200" w:line="276" w:lineRule="auto"/>
        <w:rPr>
          <w:rFonts w:cs="Arial"/>
          <w:b/>
          <w:color w:val="1F4E78"/>
          <w:sz w:val="44"/>
        </w:rPr>
      </w:pPr>
      <w:r w:rsidRPr="003F1226">
        <w:rPr>
          <w:rFonts w:cs="Arial"/>
          <w:b/>
          <w:color w:val="1F4E78"/>
          <w:sz w:val="44"/>
        </w:rPr>
        <w:br w:type="page"/>
      </w:r>
    </w:p>
    <w:p w14:paraId="45C23709" w14:textId="77777777" w:rsidR="00F15C17" w:rsidRPr="003F1226" w:rsidRDefault="00F15C17" w:rsidP="00F15C17">
      <w:pPr>
        <w:keepNext/>
        <w:spacing w:before="160" w:after="100"/>
        <w:rPr>
          <w:rFonts w:cs="Arial"/>
          <w:b/>
          <w:color w:val="1F4E78"/>
          <w:sz w:val="44"/>
        </w:rPr>
      </w:pPr>
    </w:p>
    <w:p w14:paraId="46C62B7C" w14:textId="77777777" w:rsidR="00F15C17" w:rsidRPr="00E04AE4" w:rsidRDefault="00F15C17" w:rsidP="00F15C17">
      <w:pPr>
        <w:keepNext/>
        <w:spacing w:before="160" w:after="100"/>
        <w:rPr>
          <w:rFonts w:cs="Arial"/>
          <w:sz w:val="24"/>
          <w:szCs w:val="28"/>
        </w:rPr>
      </w:pPr>
      <w:r w:rsidRPr="003F1226">
        <w:rPr>
          <w:rFonts w:cs="Arial"/>
          <w:b/>
          <w:color w:val="1F4E78"/>
          <w:sz w:val="44"/>
        </w:rPr>
        <w:t xml:space="preserve">8  </w:t>
      </w:r>
      <w:r w:rsidRPr="00E04AE4">
        <w:rPr>
          <w:rFonts w:cs="Arial"/>
          <w:sz w:val="24"/>
          <w:szCs w:val="28"/>
        </w:rPr>
        <w:t>Encaminhe o processo ao Conselho Editorial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47"/>
        <w:gridCol w:w="6183"/>
      </w:tblGrid>
      <w:tr w:rsidR="00F15C17" w:rsidRPr="003F1226" w14:paraId="69B70B0C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3B7F1E5F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  <w:b/>
                <w:color w:val="FFFFFF"/>
              </w:rPr>
              <w:t>Campo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16BCF2B0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  <w:b/>
                <w:color w:val="FFFFFF"/>
              </w:rPr>
              <w:t>Preenchimento</w:t>
            </w:r>
          </w:p>
        </w:tc>
      </w:tr>
      <w:tr w:rsidR="00F15C17" w:rsidRPr="003F1226" w14:paraId="0B5A0394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E2FC5A5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  <w:b/>
              </w:rPr>
              <w:t>Órgão para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9BE0F33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</w:rPr>
              <w:t>IDR-PARANÁ - INSTITUTO DE DESENVOLVIMENTO RURAL DO PARANÁ - IAPAR-EMATER</w:t>
            </w:r>
          </w:p>
        </w:tc>
      </w:tr>
      <w:tr w:rsidR="00F15C17" w:rsidRPr="003F1226" w14:paraId="29F7577E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747F58C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  <w:b/>
              </w:rPr>
              <w:t>Local para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EA3B8DA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</w:rPr>
              <w:t>IDR/CED - CONSELHO EDITORIAL</w:t>
            </w:r>
          </w:p>
        </w:tc>
      </w:tr>
      <w:tr w:rsidR="00F15C17" w:rsidRPr="003F1226" w14:paraId="0F0CE5C6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0E43D84" w14:textId="72BE659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  <w:b/>
              </w:rPr>
              <w:t>Destinatári</w:t>
            </w:r>
            <w:r w:rsidR="00AD57D4">
              <w:rPr>
                <w:rFonts w:cs="Arial"/>
                <w:b/>
              </w:rPr>
              <w:t>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F18A209" w14:textId="4AD5B4A8" w:rsidR="00F15C17" w:rsidRPr="00082E49" w:rsidRDefault="00082E49" w:rsidP="001D0BD0">
            <w:pPr>
              <w:spacing w:after="0"/>
              <w:rPr>
                <w:rFonts w:cs="Arial"/>
              </w:rPr>
            </w:pPr>
            <w:r w:rsidRPr="00AD57D4">
              <w:rPr>
                <w:rFonts w:cs="Arial"/>
              </w:rPr>
              <w:t>Dimas Soares Júnior</w:t>
            </w:r>
          </w:p>
        </w:tc>
      </w:tr>
      <w:tr w:rsidR="00F15C17" w:rsidRPr="003F1226" w14:paraId="2E3FE2B2" w14:textId="77777777" w:rsidTr="001D0BD0">
        <w:trPr>
          <w:jc w:val="center"/>
        </w:trPr>
        <w:tc>
          <w:tcPr>
            <w:tcW w:w="203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CD7A0BD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  <w:b/>
              </w:rPr>
              <w:t>Motivo de tramitação</w:t>
            </w:r>
          </w:p>
        </w:tc>
        <w:tc>
          <w:tcPr>
            <w:tcW w:w="29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73E5B42" w14:textId="77777777" w:rsidR="00F15C17" w:rsidRPr="003F1226" w:rsidRDefault="00F15C17" w:rsidP="001D0BD0">
            <w:pPr>
              <w:spacing w:after="0"/>
              <w:rPr>
                <w:rFonts w:cs="Arial"/>
              </w:rPr>
            </w:pPr>
            <w:r w:rsidRPr="003F1226">
              <w:rPr>
                <w:rFonts w:cs="Arial"/>
              </w:rPr>
              <w:t>1 - ANDAMENTO INICIAL</w:t>
            </w:r>
          </w:p>
        </w:tc>
      </w:tr>
    </w:tbl>
    <w:p w14:paraId="63E899E8" w14:textId="77777777" w:rsidR="00F15C17" w:rsidRPr="003F1226" w:rsidRDefault="00F15C17" w:rsidP="00F15C17">
      <w:pPr>
        <w:rPr>
          <w:rFonts w:cs="Arial"/>
          <w:b/>
          <w:bCs/>
        </w:rPr>
      </w:pPr>
    </w:p>
    <w:p w14:paraId="6D6551EA" w14:textId="77777777" w:rsidR="00F15C17" w:rsidRPr="00E04AE4" w:rsidRDefault="00F15C17" w:rsidP="00F15C17">
      <w:pPr>
        <w:rPr>
          <w:rFonts w:cs="Arial"/>
          <w:sz w:val="28"/>
          <w:szCs w:val="28"/>
        </w:rPr>
      </w:pPr>
      <w:r w:rsidRPr="00E04AE4">
        <w:rPr>
          <w:rFonts w:cs="Arial"/>
          <w:b/>
          <w:bCs/>
          <w:sz w:val="28"/>
          <w:szCs w:val="28"/>
        </w:rPr>
        <w:t>O QUE ACONTECE DEPOIS</w:t>
      </w:r>
    </w:p>
    <w:p w14:paraId="630468C7" w14:textId="52C073E1" w:rsidR="00F15C17" w:rsidRDefault="00082E49" w:rsidP="00F15C17">
      <w:pPr>
        <w:spacing w:after="3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 Coordenador</w:t>
      </w:r>
      <w:r w:rsidR="00F15C17" w:rsidRPr="00E04AE4">
        <w:rPr>
          <w:rFonts w:cs="Arial"/>
          <w:sz w:val="24"/>
          <w:szCs w:val="24"/>
        </w:rPr>
        <w:t xml:space="preserve"> do Conselho Editorial receberá e consolidará as propostas e as submeterá à deliberação do Conselho Editorial. O resultado </w:t>
      </w:r>
      <w:r w:rsidR="008C3326" w:rsidRPr="00E04AE4">
        <w:rPr>
          <w:rFonts w:cs="Arial"/>
          <w:sz w:val="24"/>
          <w:szCs w:val="24"/>
        </w:rPr>
        <w:t xml:space="preserve">preliminar </w:t>
      </w:r>
      <w:r w:rsidR="00F15C17" w:rsidRPr="00E04AE4">
        <w:rPr>
          <w:rFonts w:cs="Arial"/>
          <w:sz w:val="24"/>
          <w:szCs w:val="24"/>
        </w:rPr>
        <w:t xml:space="preserve">será divulgado na página da </w:t>
      </w:r>
      <w:hyperlink r:id="rId9" w:history="1">
        <w:r w:rsidR="00F15C17" w:rsidRPr="001B3D84">
          <w:rPr>
            <w:rStyle w:val="Hyperlink"/>
            <w:rFonts w:cs="Arial"/>
            <w:sz w:val="24"/>
            <w:szCs w:val="24"/>
          </w:rPr>
          <w:t>Editora IDR-Par</w:t>
        </w:r>
        <w:r w:rsidR="00F15C17" w:rsidRPr="001B3D84">
          <w:rPr>
            <w:rStyle w:val="Hyperlink"/>
            <w:rFonts w:cs="Arial"/>
            <w:sz w:val="24"/>
            <w:szCs w:val="24"/>
          </w:rPr>
          <w:t>a</w:t>
        </w:r>
        <w:r w:rsidR="00F15C17" w:rsidRPr="001B3D84">
          <w:rPr>
            <w:rStyle w:val="Hyperlink"/>
            <w:rFonts w:cs="Arial"/>
            <w:sz w:val="24"/>
            <w:szCs w:val="24"/>
          </w:rPr>
          <w:t>ná</w:t>
        </w:r>
      </w:hyperlink>
      <w:r w:rsidR="008C3326" w:rsidRPr="00E04AE4">
        <w:rPr>
          <w:sz w:val="24"/>
          <w:szCs w:val="24"/>
        </w:rPr>
        <w:t xml:space="preserve">. </w:t>
      </w:r>
      <w:r w:rsidR="008C3326" w:rsidRPr="00E04AE4">
        <w:rPr>
          <w:rFonts w:cs="Arial"/>
          <w:sz w:val="24"/>
          <w:szCs w:val="24"/>
        </w:rPr>
        <w:t>Em caso de indeferimento, o proponente poderá apresentar recurso no mesmo processo nos dias 4 e 5 de novembro de 2026. O resultado final será comunicado após o referendo do PPTC 2027 pelo Colegiado da Diretoria, até 4 de dezembro de 2026.</w:t>
      </w:r>
    </w:p>
    <w:p w14:paraId="3B34945A" w14:textId="77777777" w:rsidR="00E04AE4" w:rsidRPr="00E04AE4" w:rsidRDefault="00E04AE4" w:rsidP="00F15C17">
      <w:pPr>
        <w:spacing w:after="360"/>
        <w:jc w:val="both"/>
        <w:rPr>
          <w:rFonts w:cs="Arial"/>
          <w:sz w:val="24"/>
          <w:szCs w:val="24"/>
        </w:rPr>
      </w:pPr>
    </w:p>
    <w:p w14:paraId="6B2C1669" w14:textId="77777777" w:rsidR="00F15C17" w:rsidRPr="00E04AE4" w:rsidRDefault="00F15C17" w:rsidP="00F15C17">
      <w:pPr>
        <w:rPr>
          <w:rFonts w:cs="Arial"/>
          <w:b/>
          <w:bCs/>
          <w:sz w:val="28"/>
          <w:szCs w:val="28"/>
        </w:rPr>
      </w:pPr>
      <w:r w:rsidRPr="00E04AE4">
        <w:rPr>
          <w:rFonts w:cs="Arial"/>
          <w:b/>
          <w:bCs/>
          <w:sz w:val="28"/>
          <w:szCs w:val="28"/>
        </w:rPr>
        <w:t>APÓS A APROVAÇÃO</w:t>
      </w:r>
    </w:p>
    <w:p w14:paraId="1564B28F" w14:textId="77777777" w:rsidR="001467CD" w:rsidRPr="00F15C17" w:rsidRDefault="00F15C17" w:rsidP="00E04AE4">
      <w:pPr>
        <w:jc w:val="both"/>
        <w:rPr>
          <w:rFonts w:cs="Arial"/>
        </w:rPr>
      </w:pPr>
      <w:r w:rsidRPr="00E04AE4">
        <w:rPr>
          <w:rFonts w:cs="Arial"/>
          <w:bCs/>
          <w:sz w:val="24"/>
          <w:szCs w:val="28"/>
        </w:rPr>
        <w:t>Caso a proposta seja aprovada, o mesmo processo de e</w:t>
      </w:r>
      <w:r w:rsidR="008C3326" w:rsidRPr="00E04AE4">
        <w:rPr>
          <w:rFonts w:cs="Arial"/>
          <w:bCs/>
          <w:sz w:val="24"/>
          <w:szCs w:val="28"/>
        </w:rPr>
        <w:t>-</w:t>
      </w:r>
      <w:r w:rsidRPr="00E04AE4">
        <w:rPr>
          <w:rFonts w:cs="Arial"/>
          <w:bCs/>
          <w:sz w:val="24"/>
          <w:szCs w:val="28"/>
        </w:rPr>
        <w:t>Protocolo será utilizado nas etapas</w:t>
      </w:r>
      <w:r w:rsidRPr="00E04AE4">
        <w:rPr>
          <w:rFonts w:cs="Arial"/>
          <w:sz w:val="24"/>
          <w:szCs w:val="28"/>
        </w:rPr>
        <w:t xml:space="preserve"> posteriores. Dentro do prazo aprovado, os originais e os documentos necessários deverão ser inseridos como ANEXOS no mesmo processo, conforme as orientações do Setor Editorial.</w:t>
      </w:r>
    </w:p>
    <w:sectPr w:rsidR="001467CD" w:rsidRPr="00F15C17" w:rsidSect="00034616">
      <w:headerReference w:type="default" r:id="rId10"/>
      <w:footerReference w:type="default" r:id="rId11"/>
      <w:pgSz w:w="12240" w:h="15840"/>
      <w:pgMar w:top="1843" w:right="1020" w:bottom="1276" w:left="1020" w:header="142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D87B" w14:textId="77777777" w:rsidR="004B59E9" w:rsidRPr="003F1226" w:rsidRDefault="004B59E9">
      <w:pPr>
        <w:spacing w:after="0" w:line="240" w:lineRule="auto"/>
      </w:pPr>
      <w:r w:rsidRPr="003F1226">
        <w:separator/>
      </w:r>
    </w:p>
  </w:endnote>
  <w:endnote w:type="continuationSeparator" w:id="0">
    <w:p w14:paraId="0645E48B" w14:textId="77777777" w:rsidR="004B59E9" w:rsidRPr="003F1226" w:rsidRDefault="004B59E9">
      <w:pPr>
        <w:spacing w:after="0" w:line="240" w:lineRule="auto"/>
      </w:pPr>
      <w:r w:rsidRPr="003F12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62D9" w14:textId="77777777" w:rsidR="008B1311" w:rsidRPr="003F1226" w:rsidRDefault="008B1311" w:rsidP="008B1311">
    <w:pPr>
      <w:suppressAutoHyphens/>
      <w:spacing w:after="0" w:line="0" w:lineRule="atLeast"/>
      <w:rPr>
        <w:rFonts w:cs="Arial"/>
        <w:b/>
        <w:color w:val="00000A"/>
        <w:kern w:val="2"/>
        <w:sz w:val="16"/>
        <w:szCs w:val="16"/>
        <w:lang w:eastAsia="zh-CN"/>
      </w:rPr>
    </w:pPr>
  </w:p>
  <w:p w14:paraId="6A02DEBE" w14:textId="77777777" w:rsidR="008B1311" w:rsidRPr="003F1226" w:rsidRDefault="008B1311" w:rsidP="008B1311">
    <w:pPr>
      <w:suppressAutoHyphens/>
      <w:spacing w:after="0" w:line="0" w:lineRule="atLeast"/>
      <w:rPr>
        <w:rFonts w:cs="Arial"/>
        <w:b/>
        <w:color w:val="00000A"/>
        <w:kern w:val="2"/>
        <w:sz w:val="16"/>
        <w:szCs w:val="16"/>
        <w:lang w:eastAsia="zh-CN"/>
      </w:rPr>
    </w:pPr>
    <w:r w:rsidRPr="003F1226">
      <w:rPr>
        <w:rFonts w:cs="Arial"/>
        <w:b/>
        <w:color w:val="00000A"/>
        <w:kern w:val="2"/>
        <w:sz w:val="16"/>
        <w:szCs w:val="16"/>
        <w:lang w:eastAsia="zh-CN"/>
      </w:rPr>
      <w:t xml:space="preserve">Rua da Bandeira, 500 | Cabral | 80035-270 | Curitiba | Paraná | [41] 3250-2100                                                                              </w:t>
    </w:r>
    <w:hyperlink r:id="rId1" w:history="1">
      <w:r w:rsidRPr="003F1226">
        <w:rPr>
          <w:rStyle w:val="Hyperlink"/>
          <w:rFonts w:cs="Arial"/>
          <w:b/>
          <w:kern w:val="2"/>
          <w:sz w:val="16"/>
          <w:szCs w:val="16"/>
          <w:lang w:eastAsia="zh-CN"/>
        </w:rPr>
        <w:t>www.idrparana.pr.gov.br</w:t>
      </w:r>
    </w:hyperlink>
  </w:p>
  <w:p w14:paraId="0B281CE8" w14:textId="77777777" w:rsidR="008B1311" w:rsidRPr="003F1226" w:rsidRDefault="00000000" w:rsidP="008B1311">
    <w:pPr>
      <w:suppressAutoHyphens/>
      <w:spacing w:after="0" w:line="0" w:lineRule="atLeast"/>
      <w:rPr>
        <w:rFonts w:cs="Arial"/>
        <w:b/>
        <w:color w:val="00000A"/>
        <w:kern w:val="2"/>
        <w:sz w:val="16"/>
        <w:szCs w:val="16"/>
        <w:lang w:eastAsia="zh-CN"/>
      </w:rPr>
    </w:pPr>
    <w:r>
      <w:pict w14:anchorId="65BBF01F">
        <v:group id="Agrupar 5" o:spid="_x0000_s1026" style="position:absolute;margin-left:8.35pt;margin-top:765.05pt;width:595.3pt;height:11.35pt;z-index:251659264;mso-position-horizontal-relative:page;mso-position-vertical-relative:page" coordsize="75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">
          <v:shape id="Shape 13707" o:spid="_x0000_s1027" style="position:absolute;width:61334;height:1440;visibility:visible" coordsize="6133465,144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" adj="0,,0" path="m,l6133465,r-87744,144005l,144005,,xe" fillcolor="#0864a1" stroked="f" strokeweight="0">
            <v:stroke miterlimit="83231f" joinstyle="miter"/>
            <v:formulas/>
            <v:path arrowok="t" o:connecttype="segments" textboxrect="0,0,6133465,144005"/>
          </v:shape>
          <v:shape id="Shape 13708" o:spid="_x0000_s1028" style="position:absolute;left:62174;width:13426;height:1440;visibility:visible" coordsize="1342517,144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" adj="0,,0" path="m87452,l1342517,r,144005l,144005,87452,xe" fillcolor="#00893d" stroked="f" strokeweight="0">
            <v:stroke miterlimit="83231f" joinstyle="miter"/>
            <v:formulas/>
            <v:path arrowok="t" o:connecttype="segments" textboxrect="0,0,1342517,144005"/>
          </v:shape>
          <w10:wrap type="square" anchorx="page" anchory="page"/>
        </v:group>
      </w:pict>
    </w:r>
  </w:p>
  <w:p w14:paraId="1CE9A9C1" w14:textId="77777777" w:rsidR="008B1311" w:rsidRPr="003F1226" w:rsidRDefault="008B1311" w:rsidP="008B1311">
    <w:pPr>
      <w:suppressAutoHyphens/>
      <w:spacing w:after="0" w:line="0" w:lineRule="atLeast"/>
      <w:rPr>
        <w:rFonts w:cs="Arial"/>
        <w:b/>
        <w:color w:val="00000A"/>
        <w:kern w:val="2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97157" w14:textId="77777777" w:rsidR="004B59E9" w:rsidRPr="003F1226" w:rsidRDefault="004B59E9">
      <w:pPr>
        <w:spacing w:after="0" w:line="240" w:lineRule="auto"/>
      </w:pPr>
      <w:r w:rsidRPr="003F1226">
        <w:separator/>
      </w:r>
    </w:p>
  </w:footnote>
  <w:footnote w:type="continuationSeparator" w:id="0">
    <w:p w14:paraId="11870352" w14:textId="77777777" w:rsidR="004B59E9" w:rsidRPr="003F1226" w:rsidRDefault="004B59E9">
      <w:pPr>
        <w:spacing w:after="0" w:line="240" w:lineRule="auto"/>
      </w:pPr>
      <w:r w:rsidRPr="003F122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2379" w14:textId="77777777" w:rsidR="001467CD" w:rsidRPr="003F1226" w:rsidRDefault="00951D35">
    <w:pPr>
      <w:spacing w:after="0"/>
      <w:jc w:val="center"/>
    </w:pPr>
    <w:r w:rsidRPr="003F1226">
      <w:rPr>
        <w:noProof/>
        <w:lang w:eastAsia="pt-BR"/>
      </w:rPr>
      <w:drawing>
        <wp:inline distT="0" distB="0" distL="0" distR="0" wp14:anchorId="076C0E9D" wp14:editId="57795B99">
          <wp:extent cx="7560000" cy="908911"/>
          <wp:effectExtent l="0" t="0" r="0" b="0"/>
          <wp:docPr id="387642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08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A91E2D"/>
    <w:multiLevelType w:val="hybridMultilevel"/>
    <w:tmpl w:val="9E1AE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6716F"/>
    <w:multiLevelType w:val="hybridMultilevel"/>
    <w:tmpl w:val="EBB2B2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C0EC1"/>
    <w:multiLevelType w:val="hybridMultilevel"/>
    <w:tmpl w:val="5C1AA9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E29F6"/>
    <w:multiLevelType w:val="hybridMultilevel"/>
    <w:tmpl w:val="3D6838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A5EDD"/>
    <w:multiLevelType w:val="hybridMultilevel"/>
    <w:tmpl w:val="3DA412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36016">
    <w:abstractNumId w:val="8"/>
  </w:num>
  <w:num w:numId="2" w16cid:durableId="1174762139">
    <w:abstractNumId w:val="6"/>
  </w:num>
  <w:num w:numId="3" w16cid:durableId="1582832180">
    <w:abstractNumId w:val="5"/>
  </w:num>
  <w:num w:numId="4" w16cid:durableId="274019237">
    <w:abstractNumId w:val="4"/>
  </w:num>
  <w:num w:numId="5" w16cid:durableId="1148743302">
    <w:abstractNumId w:val="7"/>
  </w:num>
  <w:num w:numId="6" w16cid:durableId="251401176">
    <w:abstractNumId w:val="3"/>
  </w:num>
  <w:num w:numId="7" w16cid:durableId="640232001">
    <w:abstractNumId w:val="2"/>
  </w:num>
  <w:num w:numId="8" w16cid:durableId="1068918183">
    <w:abstractNumId w:val="1"/>
  </w:num>
  <w:num w:numId="9" w16cid:durableId="1750879335">
    <w:abstractNumId w:val="0"/>
  </w:num>
  <w:num w:numId="10" w16cid:durableId="1596741418">
    <w:abstractNumId w:val="10"/>
  </w:num>
  <w:num w:numId="11" w16cid:durableId="2111588174">
    <w:abstractNumId w:val="9"/>
  </w:num>
  <w:num w:numId="12" w16cid:durableId="1259295450">
    <w:abstractNumId w:val="13"/>
  </w:num>
  <w:num w:numId="13" w16cid:durableId="107891769">
    <w:abstractNumId w:val="11"/>
  </w:num>
  <w:num w:numId="14" w16cid:durableId="12943618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20374"/>
    <w:rsid w:val="00034616"/>
    <w:rsid w:val="0006063C"/>
    <w:rsid w:val="00082E49"/>
    <w:rsid w:val="001467CD"/>
    <w:rsid w:val="00150544"/>
    <w:rsid w:val="0015074B"/>
    <w:rsid w:val="00172740"/>
    <w:rsid w:val="001A4282"/>
    <w:rsid w:val="001B3D84"/>
    <w:rsid w:val="001B74A8"/>
    <w:rsid w:val="001C634A"/>
    <w:rsid w:val="002376F4"/>
    <w:rsid w:val="0029639D"/>
    <w:rsid w:val="002C2C5D"/>
    <w:rsid w:val="00326F90"/>
    <w:rsid w:val="003366B9"/>
    <w:rsid w:val="00337E8A"/>
    <w:rsid w:val="0037414A"/>
    <w:rsid w:val="00390DB9"/>
    <w:rsid w:val="003E7F30"/>
    <w:rsid w:val="003F1226"/>
    <w:rsid w:val="00412E71"/>
    <w:rsid w:val="00481C5A"/>
    <w:rsid w:val="004B59E9"/>
    <w:rsid w:val="004F6938"/>
    <w:rsid w:val="005370DE"/>
    <w:rsid w:val="00576C16"/>
    <w:rsid w:val="0058386F"/>
    <w:rsid w:val="005A23BB"/>
    <w:rsid w:val="00672F61"/>
    <w:rsid w:val="006B3269"/>
    <w:rsid w:val="00724E6E"/>
    <w:rsid w:val="00761635"/>
    <w:rsid w:val="0082038C"/>
    <w:rsid w:val="00866E66"/>
    <w:rsid w:val="00880201"/>
    <w:rsid w:val="008B1311"/>
    <w:rsid w:val="008C2892"/>
    <w:rsid w:val="008C2E43"/>
    <w:rsid w:val="008C3326"/>
    <w:rsid w:val="008C6328"/>
    <w:rsid w:val="00900DEB"/>
    <w:rsid w:val="00951D35"/>
    <w:rsid w:val="009C1CFB"/>
    <w:rsid w:val="00A7078D"/>
    <w:rsid w:val="00AA1D8D"/>
    <w:rsid w:val="00AD57D4"/>
    <w:rsid w:val="00B47730"/>
    <w:rsid w:val="00B75C2B"/>
    <w:rsid w:val="00BA07B5"/>
    <w:rsid w:val="00BF4CF8"/>
    <w:rsid w:val="00C15F2A"/>
    <w:rsid w:val="00C55D27"/>
    <w:rsid w:val="00C57816"/>
    <w:rsid w:val="00CB0664"/>
    <w:rsid w:val="00D46FBC"/>
    <w:rsid w:val="00D57A24"/>
    <w:rsid w:val="00DD5D9A"/>
    <w:rsid w:val="00E04AE4"/>
    <w:rsid w:val="00E273B1"/>
    <w:rsid w:val="00E74E69"/>
    <w:rsid w:val="00E75185"/>
    <w:rsid w:val="00EB6F92"/>
    <w:rsid w:val="00F15C17"/>
    <w:rsid w:val="00F3111D"/>
    <w:rsid w:val="00F76DE2"/>
    <w:rsid w:val="00FA310F"/>
    <w:rsid w:val="00FB329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F4606F"/>
  <w15:docId w15:val="{97A14165-4A55-46F5-A6A6-442243C4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E8A"/>
    <w:pPr>
      <w:spacing w:after="120" w:line="259" w:lineRule="auto"/>
    </w:pPr>
    <w:rPr>
      <w:rFonts w:ascii="Arial" w:hAnsi="Arial"/>
      <w:sz w:val="2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724E6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24E6E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24E6E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4E6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4E6E"/>
    <w:rPr>
      <w:rFonts w:ascii="Arial" w:hAnsi="Arial"/>
      <w:b/>
      <w:bCs/>
      <w:sz w:val="20"/>
      <w:szCs w:val="20"/>
    </w:rPr>
  </w:style>
  <w:style w:type="character" w:styleId="Hyperlink">
    <w:name w:val="Hyperlink"/>
    <w:rsid w:val="008B1311"/>
    <w:rPr>
      <w:color w:val="000080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76C16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7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74A8"/>
    <w:rPr>
      <w:rFonts w:ascii="Tahoma" w:hAnsi="Tahoma" w:cs="Tahoma"/>
      <w:sz w:val="16"/>
      <w:szCs w:val="16"/>
      <w:lang w:val="pt-BR"/>
    </w:rPr>
  </w:style>
  <w:style w:type="character" w:styleId="MenoPendente">
    <w:name w:val="Unresolved Mention"/>
    <w:basedOn w:val="Fontepargpadro"/>
    <w:uiPriority w:val="99"/>
    <w:semiHidden/>
    <w:unhideWhenUsed/>
    <w:rsid w:val="0017274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A42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rparana.pr.gov.br/system/files/publico/pesquisa/editora-idr/pptc-2027/Chamada_PPTC_2027_ANEXO_II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drparana.pr.gov.br/Pagina/Editora-IDR-Paran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rparana.pr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693</Words>
  <Characters>3748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Alisson Neri</cp:lastModifiedBy>
  <cp:revision>10</cp:revision>
  <dcterms:created xsi:type="dcterms:W3CDTF">2026-09-28T11:28:00Z</dcterms:created>
  <dcterms:modified xsi:type="dcterms:W3CDTF">2026-09-29T17:05:00Z</dcterms:modified>
</cp:coreProperties>
</file>